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type="dxa" w:w="10080"/>
        <w:tblLook w:firstColumn="1" w:firstRow="1" w:lastColumn="0" w:lastRow="0" w:noHBand="0" w:noVBand="1" w:val="04A0"/>
        <w:tblLayout w:type="fixed"/>
      </w:tblPr>
      <w:tblGrid>
        <w:gridCol w:w="10080"/>
      </w:tblGrid>
      <w:tr>
        <w:tc>
          <w:tcPr>
            <w:tcW w:type="dxa" w:w="10080"/>
            <w:shd w:fill="1B4F46"/>
            <w:tcBorders>
              <w:top w:val="single" w:sz="8" w:space="0" w:color="1B4F46"/>
              <w:left w:val="single" w:sz="8" w:space="0" w:color="1B4F46"/>
              <w:bottom w:val="single" w:sz="8" w:space="0" w:color="1B4F46"/>
              <w:right w:val="single" w:sz="8" w:space="0" w:color="1B4F46"/>
            </w:tcBorders>
            <w:tcMar>
              <w:top w:w="250" w:type="dxa"/>
              <w:start w:w="220" w:type="dxa"/>
              <w:bottom w:w="250" w:type="dxa"/>
              <w:end w:w="220" w:type="dxa"/>
            </w:tcMar>
          </w:tcPr>
          <w:p>
            <w:pPr>
              <w:jc w:val="center"/>
            </w:pPr>
            <w:r>
              <w:rPr>
                <w:rFonts w:ascii="Times New Roman" w:hAnsi="Times New Roman"/>
                <w:b/>
                <w:i w:val="0"/>
                <w:color w:val="D8B864"/>
                <w:sz w:val="36"/>
                <w:spacing w:val="0"/>
              </w:rPr>
              <w:t>Preparing Students for Life After High School</w:t>
            </w:r>
          </w:p>
          <w:p>
            <w:pPr>
              <w:jc w:val="center"/>
            </w:pPr>
            <w:r>
              <w:rPr>
                <w:rFonts w:ascii="Times New Roman" w:hAnsi="Times New Roman"/>
                <w:b/>
                <w:i w:val="0"/>
                <w:color w:val="FFFFFF"/>
                <w:sz w:val="28"/>
                <w:spacing w:val="0"/>
              </w:rPr>
              <w:t>Building Implementation Guide</w:t>
            </w:r>
          </w:p>
        </w:tc>
      </w:tr>
    </w:tbl>
    <w:tbl>
      <w:tblPr>
        <w:tblStyle w:val="TableGrid"/>
        <w:tblW w:type="dxa" w:w="10080"/>
        <w:tblLook w:firstColumn="1" w:firstRow="1" w:lastColumn="0" w:lastRow="0" w:noHBand="0" w:noVBand="1" w:val="04A0"/>
        <w:tblLayout w:type="fixed"/>
      </w:tblPr>
      <w:tblGrid>
        <w:gridCol w:w="10080"/>
      </w:tblGrid>
      <w:tr>
        <w:tc>
          <w:tcPr>
            <w:tcW w:type="dxa" w:w="10080"/>
            <w:shd w:fill="F2F7F5"/>
            <w:tcBorders>
              <w:top w:val="single" w:sz="8" w:space="0" w:color="BFD5D0"/>
              <w:left w:val="single" w:sz="8" w:space="0" w:color="BFD5D0"/>
              <w:bottom w:val="single" w:sz="8" w:space="0" w:color="BFD5D0"/>
              <w:right w:val="single" w:sz="8" w:space="0" w:color="BFD5D0"/>
            </w:tcBorders>
            <w:tcMar>
              <w:top w:w="180" w:type="dxa"/>
              <w:start w:w="220" w:type="dxa"/>
              <w:bottom w:w="170" w:type="dxa"/>
              <w:end w:w="220" w:type="dxa"/>
            </w:tcMar>
          </w:tcPr>
          <w:p>
            <w:pPr>
              <w:spacing w:after="100"/>
            </w:pPr>
            <w:r>
              <w:rPr>
                <w:rFonts w:ascii="Times New Roman" w:hAnsi="Times New Roman"/>
                <w:b/>
                <w:i w:val="0"/>
                <w:color w:val="1B4F46"/>
                <w:sz w:val="26"/>
                <w:spacing w:val="0"/>
              </w:rPr>
              <w:t>How to Use This Guide and Why This Work Matters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Preparing students for life after high school should be central to the mission of K-12 education. Graduation is not the finish line by itself.</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This guide describes what students should experience across K-12 in order to leave high school prepared for enrollment, enlistment, employment, civic participation, and adult life.</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Building teams should focus on the grade bands served in their specific building and use the implementation examples as starting points.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Use the public resource links inside each component row when the building team needs examples, models, or implementation support.</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Complete the planning response table to identify local decisions, first actions, evidence, and district support needs.</w:t>
            </w:r>
          </w:p>
        </w:tc>
      </w:tr>
    </w:tbl>
    <w:p>
      <w:pPr>
        <w:spacing w:before="20" w:after="140" w:line="259" w:lineRule="auto"/>
      </w:pPr>
      <w:r>
        <w:rPr>
          <w:rFonts w:ascii="Times New Roman" w:hAnsi="Times New Roman"/>
          <w:b w:val="0"/>
          <w:i w:val="0"/>
          <w:color w:val="0E2243"/>
          <w:sz w:val="24"/>
          <w:spacing w:val="0"/>
        </w:rPr>
      </w:r>
    </w:p>
    <w:tbl>
      <w:tblPr>
        <w:tblStyle w:val="TableGrid"/>
        <w:tblW w:type="dxa" w:w="10080"/>
        <w:tblLook w:firstColumn="1" w:firstRow="1" w:lastColumn="0" w:lastRow="0" w:noHBand="0" w:noVBand="1" w:val="04A0"/>
        <w:tblLayout w:type="fixed"/>
      </w:tblPr>
      <w:tblGrid>
        <w:gridCol w:w="10080"/>
      </w:tblGrid>
      <w:tr>
        <w:tc>
          <w:tcPr>
            <w:tcW w:type="dxa" w:w="10080"/>
            <w:shd w:fill="F2F7F5"/>
            <w:tcBorders>
              <w:top w:val="single" w:sz="8" w:space="0" w:color="BFD5D0"/>
              <w:left w:val="single" w:sz="8" w:space="0" w:color="BFD5D0"/>
              <w:bottom w:val="single" w:sz="8" w:space="0" w:color="BFD5D0"/>
              <w:right w:val="single" w:sz="8" w:space="0" w:color="BFD5D0"/>
            </w:tcBorders>
            <w:tcMar>
              <w:top w:w="180" w:type="dxa"/>
              <w:start w:w="220" w:type="dxa"/>
              <w:bottom w:w="170" w:type="dxa"/>
              <w:end w:w="220" w:type="dxa"/>
            </w:tcMar>
          </w:tcPr>
          <w:p>
            <w:pPr>
              <w:spacing w:after="100"/>
            </w:pPr>
            <w:r>
              <w:rPr>
                <w:rFonts w:ascii="Times New Roman" w:hAnsi="Times New Roman"/>
                <w:b/>
                <w:i w:val="0"/>
                <w:color w:val="1B4F46"/>
                <w:sz w:val="26"/>
                <w:spacing w:val="0"/>
              </w:rPr>
              <w:t>Enhancing Content, Not Adding Tasks</w:t>
            </w:r>
          </w:p>
          <w:p>
            <w:pPr>
              <w:spacing w:before="0" w:after="60" w:line="259" w:lineRule="auto"/>
            </w:pPr>
            <w:r>
              <w:rPr>
                <w:rFonts w:ascii="Times New Roman" w:hAnsi="Times New Roman"/>
                <w:b w:val="0"/>
                <w:i w:val="0"/>
                <w:color w:val="0E2243"/>
                <w:sz w:val="24"/>
                <w:spacing w:val="0"/>
              </w:rPr>
              <w:t>The strategies in this guide are designed to strengthen existing curriculum and instruction, not add a separate layer of work. Schools remain responsible for teaching required content, meeting state standards, preparing students for required assessments, and working within accountability expectations. This guide helps building teams embed future-ready skills, authentic application, student reflection, engagement, and readiness experiences into the instructional work already taking place. The goal is to make required learning more meaningful, connected, engaging, and useful for students without creating disconnected tasks or standalone initiatives.</w:t>
            </w:r>
          </w:p>
        </w:tc>
      </w:tr>
    </w:tbl>
    <w:p>
      <w:pPr>
        <w:spacing w:before="20" w:after="140" w:line="259" w:lineRule="auto"/>
      </w:pPr>
      <w:r>
        <w:rPr>
          <w:rFonts w:ascii="Times New Roman" w:hAnsi="Times New Roman"/>
          <w:b w:val="0"/>
          <w:i w:val="0"/>
          <w:color w:val="0E2243"/>
          <w:sz w:val="24"/>
          <w:spacing w:val="0"/>
        </w:rPr>
      </w:r>
    </w:p>
    <w:p>
      <w:pPr>
        <w:spacing w:before="140" w:after="80" w:line="259" w:lineRule="auto"/>
      </w:pPr>
      <w:r>
        <w:rPr>
          <w:rFonts w:ascii="Times New Roman" w:hAnsi="Times New Roman"/>
          <w:b/>
          <w:i w:val="0"/>
          <w:color w:val="1B4F46"/>
          <w:sz w:val="28"/>
          <w:spacing w:val="0"/>
        </w:rPr>
        <w:t>Example K-12 Skill Progression</w:t>
      </w:r>
    </w:p>
    <w:p>
      <w:pPr>
        <w:spacing w:before="0" w:after="120" w:line="259" w:lineRule="auto"/>
      </w:pPr>
      <w:r>
        <w:rPr>
          <w:rFonts w:ascii="Times New Roman" w:hAnsi="Times New Roman"/>
          <w:b w:val="0"/>
          <w:i w:val="0"/>
          <w:color w:val="0E2243"/>
          <w:sz w:val="24"/>
          <w:spacing w:val="0"/>
        </w:rPr>
        <w:t>The example below shows how one readiness skill can develop from kindergarten to postsecondary transition. It is included to help buildings see the progression across grade levels before applying this domain's guidance.</w:t>
      </w:r>
    </w:p>
    <w:tbl>
      <w:tblPr>
        <w:tblStyle w:val="TableGrid"/>
        <w:tblW w:type="dxa" w:w="10080"/>
        <w:tblLook w:firstColumn="1" w:firstRow="1" w:lastColumn="0" w:lastRow="0" w:noHBand="0" w:noVBand="1" w:val="04A0"/>
        <w:tblLayout w:type="fixed"/>
      </w:tblPr>
      <w:tblGrid>
        <w:gridCol w:w="2200"/>
        <w:gridCol w:w="1576"/>
        <w:gridCol w:w="1576"/>
        <w:gridCol w:w="1576"/>
        <w:gridCol w:w="1576"/>
        <w:gridCol w:w="1576"/>
      </w:tblGrid>
      <w:tr>
        <w:tc>
          <w:tcPr>
            <w:tcW w:type="dxa" w:w="2200"/>
            <w:shd w:fill="1B4F46"/>
            <w:tcBorders>
              <w:top w:val="single" w:sz="8" w:space="0" w:color="1B4F46"/>
              <w:left w:val="single" w:sz="8" w:space="0" w:color="1B4F46"/>
              <w:bottom w:val="single" w:sz="8" w:space="0" w:color="1B4F46"/>
              <w:right w:val="single" w:sz="8" w:space="0" w:color="1B4F46"/>
            </w:tcBorders>
            <w:tcMar>
              <w:top w:w="100" w:type="dxa"/>
              <w:start w:w="95" w:type="dxa"/>
              <w:bottom w:w="100" w:type="dxa"/>
              <w:end w:w="95" w:type="dxa"/>
            </w:tcMar>
          </w:tcPr>
          <w:p>
            <w:pPr>
              <w:spacing w:before="20" w:after="60" w:line="259" w:lineRule="auto"/>
              <w:jc w:val="center"/>
            </w:pPr>
            <w:r>
              <w:rPr>
                <w:rFonts w:ascii="Times New Roman" w:hAnsi="Times New Roman"/>
                <w:b/>
                <w:i w:val="0"/>
                <w:color w:val="FFFFFF"/>
                <w:sz w:val="24"/>
                <w:spacing w:val="0"/>
              </w:rPr>
              <w:t>Readiness Skill Area</w:t>
            </w:r>
          </w:p>
        </w:tc>
        <w:tc>
          <w:tcPr>
            <w:tcW w:type="dxa" w:w="1576"/>
            <w:shd w:fill="1B4F46"/>
            <w:tcBorders>
              <w:top w:val="single" w:sz="8" w:space="0" w:color="1B4F46"/>
              <w:left w:val="single" w:sz="8" w:space="0" w:color="1B4F46"/>
              <w:bottom w:val="single" w:sz="8" w:space="0" w:color="1B4F46"/>
              <w:right w:val="single" w:sz="8" w:space="0" w:color="1B4F46"/>
            </w:tcBorders>
            <w:tcMar>
              <w:top w:w="100" w:type="dxa"/>
              <w:start w:w="95" w:type="dxa"/>
              <w:bottom w:w="100" w:type="dxa"/>
              <w:end w:w="95" w:type="dxa"/>
            </w:tcMar>
          </w:tcPr>
          <w:p>
            <w:pPr>
              <w:spacing w:before="20" w:after="60" w:line="259" w:lineRule="auto"/>
              <w:jc w:val="center"/>
            </w:pPr>
            <w:r>
              <w:rPr>
                <w:rFonts w:ascii="Times New Roman" w:hAnsi="Times New Roman"/>
                <w:b/>
                <w:i w:val="0"/>
                <w:color w:val="FFFFFF"/>
                <w:sz w:val="24"/>
                <w:spacing w:val="0"/>
              </w:rPr>
              <w:t>Grades K-2</w:t>
              <w:br/>
              <w:t>Foundational Baseline</w:t>
            </w:r>
          </w:p>
        </w:tc>
        <w:tc>
          <w:tcPr>
            <w:tcW w:type="dxa" w:w="1576"/>
            <w:shd w:fill="1B4F46"/>
            <w:tcBorders>
              <w:top w:val="single" w:sz="8" w:space="0" w:color="1B4F46"/>
              <w:left w:val="single" w:sz="8" w:space="0" w:color="1B4F46"/>
              <w:bottom w:val="single" w:sz="8" w:space="0" w:color="1B4F46"/>
              <w:right w:val="single" w:sz="8" w:space="0" w:color="1B4F46"/>
            </w:tcBorders>
            <w:tcMar>
              <w:top w:w="100" w:type="dxa"/>
              <w:start w:w="95" w:type="dxa"/>
              <w:bottom w:w="100" w:type="dxa"/>
              <w:end w:w="95" w:type="dxa"/>
            </w:tcMar>
          </w:tcPr>
          <w:p>
            <w:pPr>
              <w:spacing w:before="20" w:after="60" w:line="259" w:lineRule="auto"/>
              <w:jc w:val="center"/>
            </w:pPr>
            <w:r>
              <w:rPr>
                <w:rFonts w:ascii="Times New Roman" w:hAnsi="Times New Roman"/>
                <w:b/>
                <w:i w:val="0"/>
                <w:color w:val="FFFFFF"/>
                <w:sz w:val="24"/>
                <w:spacing w:val="0"/>
              </w:rPr>
              <w:t>Grades 3-5</w:t>
              <w:br/>
              <w:t>Independent Ownership</w:t>
            </w:r>
          </w:p>
        </w:tc>
        <w:tc>
          <w:tcPr>
            <w:tcW w:type="dxa" w:w="1576"/>
            <w:shd w:fill="1B4F46"/>
            <w:tcBorders>
              <w:top w:val="single" w:sz="8" w:space="0" w:color="1B4F46"/>
              <w:left w:val="single" w:sz="8" w:space="0" w:color="1B4F46"/>
              <w:bottom w:val="single" w:sz="8" w:space="0" w:color="1B4F46"/>
              <w:right w:val="single" w:sz="8" w:space="0" w:color="1B4F46"/>
            </w:tcBorders>
            <w:tcMar>
              <w:top w:w="100" w:type="dxa"/>
              <w:start w:w="95" w:type="dxa"/>
              <w:bottom w:w="100" w:type="dxa"/>
              <w:end w:w="95" w:type="dxa"/>
            </w:tcMar>
          </w:tcPr>
          <w:p>
            <w:pPr>
              <w:spacing w:before="20" w:after="60" w:line="259" w:lineRule="auto"/>
              <w:jc w:val="center"/>
            </w:pPr>
            <w:r>
              <w:rPr>
                <w:rFonts w:ascii="Times New Roman" w:hAnsi="Times New Roman"/>
                <w:b/>
                <w:i w:val="0"/>
                <w:color w:val="FFFFFF"/>
                <w:sz w:val="24"/>
                <w:spacing w:val="0"/>
              </w:rPr>
              <w:t>Grades 6-8</w:t>
              <w:br/>
              <w:t>Targeted Exploration</w:t>
            </w:r>
          </w:p>
        </w:tc>
        <w:tc>
          <w:tcPr>
            <w:tcW w:type="dxa" w:w="1576"/>
            <w:shd w:fill="1B4F46"/>
            <w:tcBorders>
              <w:top w:val="single" w:sz="8" w:space="0" w:color="1B4F46"/>
              <w:left w:val="single" w:sz="8" w:space="0" w:color="1B4F46"/>
              <w:bottom w:val="single" w:sz="8" w:space="0" w:color="1B4F46"/>
              <w:right w:val="single" w:sz="8" w:space="0" w:color="1B4F46"/>
            </w:tcBorders>
            <w:tcMar>
              <w:top w:w="100" w:type="dxa"/>
              <w:start w:w="95" w:type="dxa"/>
              <w:bottom w:w="100" w:type="dxa"/>
              <w:end w:w="95" w:type="dxa"/>
            </w:tcMar>
          </w:tcPr>
          <w:p>
            <w:pPr>
              <w:spacing w:before="20" w:after="60" w:line="259" w:lineRule="auto"/>
              <w:jc w:val="center"/>
            </w:pPr>
            <w:r>
              <w:rPr>
                <w:rFonts w:ascii="Times New Roman" w:hAnsi="Times New Roman"/>
                <w:b/>
                <w:i w:val="0"/>
                <w:color w:val="FFFFFF"/>
                <w:sz w:val="24"/>
                <w:spacing w:val="0"/>
              </w:rPr>
              <w:t>Grades 9-10</w:t>
              <w:br/>
              <w:t>Pathway Alignment</w:t>
            </w:r>
          </w:p>
        </w:tc>
        <w:tc>
          <w:tcPr>
            <w:tcW w:type="dxa" w:w="1576"/>
            <w:shd w:fill="1B4F46"/>
            <w:tcBorders>
              <w:top w:val="single" w:sz="8" w:space="0" w:color="1B4F46"/>
              <w:left w:val="single" w:sz="8" w:space="0" w:color="1B4F46"/>
              <w:bottom w:val="single" w:sz="8" w:space="0" w:color="1B4F46"/>
              <w:right w:val="single" w:sz="8" w:space="0" w:color="1B4F46"/>
            </w:tcBorders>
            <w:tcMar>
              <w:top w:w="100" w:type="dxa"/>
              <w:start w:w="95" w:type="dxa"/>
              <w:bottom w:w="100" w:type="dxa"/>
              <w:end w:w="95" w:type="dxa"/>
            </w:tcMar>
          </w:tcPr>
          <w:p>
            <w:pPr>
              <w:spacing w:before="20" w:after="60" w:line="259" w:lineRule="auto"/>
              <w:jc w:val="center"/>
            </w:pPr>
            <w:r>
              <w:rPr>
                <w:rFonts w:ascii="Times New Roman" w:hAnsi="Times New Roman"/>
                <w:b/>
                <w:i w:val="0"/>
                <w:color w:val="FFFFFF"/>
                <w:sz w:val="24"/>
                <w:spacing w:val="0"/>
              </w:rPr>
              <w:t>Grades 11-12</w:t>
              <w:br/>
              <w:t>Postsecondary Transition and Applied Readiness</w:t>
            </w:r>
          </w:p>
        </w:tc>
      </w:tr>
      <w:tr>
        <w:tc>
          <w:tcPr>
            <w:tcW w:type="dxa" w:w="2200"/>
            <w:tcBorders>
              <w:top w:val="single" w:sz="6" w:space="0" w:color="D5DBE5"/>
              <w:left w:val="single" w:sz="6" w:space="0" w:color="D5DBE5"/>
              <w:bottom w:val="single" w:sz="6" w:space="0" w:color="D5DBE5"/>
              <w:right w:val="single" w:sz="6" w:space="0" w:color="D5DBE5"/>
            </w:tcBorders>
            <w:tcMar>
              <w:top w:w="105" w:type="dxa"/>
              <w:start w:w="95" w:type="dxa"/>
              <w:bottom w:w="105" w:type="dxa"/>
              <w:end w:w="95" w:type="dxa"/>
            </w:tcMar>
            <w:shd w:fill="F2F7F5"/>
          </w:tcPr>
          <w:p>
            <w:pPr>
              <w:spacing w:before="20" w:after="60" w:line="259" w:lineRule="auto"/>
            </w:pPr>
            <w:r>
              <w:rPr>
                <w:rFonts w:ascii="Times New Roman" w:hAnsi="Times New Roman"/>
                <w:b/>
                <w:i w:val="0"/>
                <w:color w:val="1B4F46"/>
                <w:sz w:val="24"/>
                <w:spacing w:val="0"/>
              </w:rPr>
              <w:t>Shared Adult Understanding</w:t>
            </w:r>
          </w:p>
        </w:tc>
        <w:tc>
          <w:tcPr>
            <w:tcW w:type="dxa" w:w="1576"/>
            <w:tcBorders>
              <w:top w:val="single" w:sz="6" w:space="0" w:color="D5DBE5"/>
              <w:left w:val="single" w:sz="6" w:space="0" w:color="D5DBE5"/>
              <w:bottom w:val="single" w:sz="6" w:space="0" w:color="D5DBE5"/>
              <w:right w:val="single" w:sz="6" w:space="0" w:color="D5DBE5"/>
            </w:tcBorders>
            <w:tcMar>
              <w:top w:w="105" w:type="dxa"/>
              <w:start w:w="95" w:type="dxa"/>
              <w:bottom w:w="105" w:type="dxa"/>
              <w:end w:w="95" w:type="dxa"/>
            </w:tcMar>
          </w:tcPr>
          <w:p>
            <w:pPr>
              <w:spacing w:before="20" w:after="60" w:line="259" w:lineRule="auto"/>
            </w:pPr>
            <w:r>
              <w:rPr>
                <w:rFonts w:ascii="Times New Roman" w:hAnsi="Times New Roman"/>
                <w:b w:val="0"/>
                <w:i w:val="0"/>
                <w:color w:val="0E2243"/>
                <w:sz w:val="24"/>
                <w:spacing w:val="0"/>
              </w:rPr>
              <w:t>Adults use common language for strengths, interests, belonging, effort, help-seeking, responsibility, and learning connected to life.</w:t>
            </w:r>
          </w:p>
        </w:tc>
        <w:tc>
          <w:tcPr>
            <w:tcW w:type="dxa" w:w="1576"/>
            <w:tcBorders>
              <w:top w:val="single" w:sz="6" w:space="0" w:color="D5DBE5"/>
              <w:left w:val="single" w:sz="6" w:space="0" w:color="D5DBE5"/>
              <w:bottom w:val="single" w:sz="6" w:space="0" w:color="D5DBE5"/>
              <w:right w:val="single" w:sz="6" w:space="0" w:color="D5DBE5"/>
            </w:tcBorders>
            <w:tcMar>
              <w:top w:w="105" w:type="dxa"/>
              <w:start w:w="95" w:type="dxa"/>
              <w:bottom w:w="105" w:type="dxa"/>
              <w:end w:w="95" w:type="dxa"/>
            </w:tcMar>
          </w:tcPr>
          <w:p>
            <w:pPr>
              <w:spacing w:before="20" w:after="60" w:line="259" w:lineRule="auto"/>
            </w:pPr>
            <w:r>
              <w:rPr>
                <w:rFonts w:ascii="Times New Roman" w:hAnsi="Times New Roman"/>
                <w:b w:val="0"/>
                <w:i w:val="0"/>
                <w:color w:val="0E2243"/>
                <w:sz w:val="24"/>
                <w:spacing w:val="0"/>
              </w:rPr>
              <w:t>Adults connect readiness to projects, collaboration, communication, reflection, digital habits, and student ownership.</w:t>
            </w:r>
          </w:p>
        </w:tc>
        <w:tc>
          <w:tcPr>
            <w:tcW w:type="dxa" w:w="1576"/>
            <w:tcBorders>
              <w:top w:val="single" w:sz="6" w:space="0" w:color="D5DBE5"/>
              <w:left w:val="single" w:sz="6" w:space="0" w:color="D5DBE5"/>
              <w:bottom w:val="single" w:sz="6" w:space="0" w:color="D5DBE5"/>
              <w:right w:val="single" w:sz="6" w:space="0" w:color="D5DBE5"/>
            </w:tcBorders>
            <w:tcMar>
              <w:top w:w="105" w:type="dxa"/>
              <w:start w:w="95" w:type="dxa"/>
              <w:bottom w:w="105" w:type="dxa"/>
              <w:end w:w="95" w:type="dxa"/>
            </w:tcMar>
          </w:tcPr>
          <w:p>
            <w:pPr>
              <w:spacing w:before="20" w:after="60" w:line="259" w:lineRule="auto"/>
            </w:pPr>
            <w:r>
              <w:rPr>
                <w:rFonts w:ascii="Times New Roman" w:hAnsi="Times New Roman"/>
                <w:b w:val="0"/>
                <w:i w:val="0"/>
                <w:color w:val="0E2243"/>
                <w:sz w:val="24"/>
                <w:spacing w:val="0"/>
              </w:rPr>
              <w:t>Adults understand advisory, identity development, career exploration, self-advocacy, applied learning, and transition support.</w:t>
            </w:r>
          </w:p>
        </w:tc>
        <w:tc>
          <w:tcPr>
            <w:tcW w:type="dxa" w:w="1576"/>
            <w:tcBorders>
              <w:top w:val="single" w:sz="6" w:space="0" w:color="D5DBE5"/>
              <w:left w:val="single" w:sz="6" w:space="0" w:color="D5DBE5"/>
              <w:bottom w:val="single" w:sz="6" w:space="0" w:color="D5DBE5"/>
              <w:right w:val="single" w:sz="6" w:space="0" w:color="D5DBE5"/>
            </w:tcBorders>
            <w:tcMar>
              <w:top w:w="105" w:type="dxa"/>
              <w:start w:w="95" w:type="dxa"/>
              <w:bottom w:w="105" w:type="dxa"/>
              <w:end w:w="95" w:type="dxa"/>
            </w:tcMar>
          </w:tcPr>
          <w:p>
            <w:pPr>
              <w:spacing w:before="20" w:after="60" w:line="259" w:lineRule="auto"/>
            </w:pPr>
            <w:r>
              <w:rPr>
                <w:rFonts w:ascii="Times New Roman" w:hAnsi="Times New Roman"/>
                <w:b w:val="0"/>
                <w:i w:val="0"/>
                <w:color w:val="0E2243"/>
                <w:sz w:val="24"/>
                <w:spacing w:val="0"/>
              </w:rPr>
              <w:t>Adults connect readiness to rigorous coursework, pathway entry, engagement, credit progress, advising, and support systems.</w:t>
            </w:r>
          </w:p>
        </w:tc>
        <w:tc>
          <w:tcPr>
            <w:tcW w:type="dxa" w:w="1576"/>
            <w:tcBorders>
              <w:top w:val="single" w:sz="6" w:space="0" w:color="D5DBE5"/>
              <w:left w:val="single" w:sz="6" w:space="0" w:color="D5DBE5"/>
              <w:bottom w:val="single" w:sz="6" w:space="0" w:color="D5DBE5"/>
              <w:right w:val="single" w:sz="6" w:space="0" w:color="D5DBE5"/>
            </w:tcBorders>
            <w:tcMar>
              <w:top w:w="105" w:type="dxa"/>
              <w:start w:w="95" w:type="dxa"/>
              <w:bottom w:w="105" w:type="dxa"/>
              <w:end w:w="95" w:type="dxa"/>
            </w:tcMar>
          </w:tcPr>
          <w:p>
            <w:pPr>
              <w:spacing w:before="20" w:after="60" w:line="259" w:lineRule="auto"/>
            </w:pPr>
            <w:r>
              <w:rPr>
                <w:rFonts w:ascii="Times New Roman" w:hAnsi="Times New Roman"/>
                <w:b w:val="0"/>
                <w:i w:val="0"/>
                <w:color w:val="0E2243"/>
                <w:sz w:val="24"/>
                <w:spacing w:val="0"/>
              </w:rPr>
              <w:t>Adults understand readiness through graduation, credentials, applications, financial aid, work-based learning, and transition milestones.</w:t>
            </w:r>
          </w:p>
        </w:tc>
      </w:tr>
    </w:tbl>
    <w:tbl>
      <w:tblPr>
        <w:tblStyle w:val="TableGrid"/>
        <w:tblW w:type="dxa" w:w="10080"/>
        <w:tblLook w:firstColumn="1" w:firstRow="1" w:lastColumn="0" w:lastRow="0" w:noHBand="0" w:noVBand="1" w:val="04A0"/>
        <w:tblLayout w:type="fixed"/>
      </w:tblPr>
      <w:tblGrid>
        <w:gridCol w:w="10080"/>
      </w:tblGrid>
      <w:tr>
        <w:tc>
          <w:tcPr>
            <w:tcW w:type="dxa" w:w="10080"/>
            <w:shd w:fill="F2F7F5"/>
            <w:tcBorders>
              <w:top w:val="single" w:sz="8" w:space="0" w:color="BFD5D0"/>
              <w:left w:val="single" w:sz="8" w:space="0" w:color="BFD5D0"/>
              <w:bottom w:val="single" w:sz="8" w:space="0" w:color="BFD5D0"/>
              <w:right w:val="single" w:sz="8" w:space="0" w:color="BFD5D0"/>
            </w:tcBorders>
            <w:tcMar>
              <w:top w:w="180" w:type="dxa"/>
              <w:start w:w="220" w:type="dxa"/>
              <w:bottom w:w="170" w:type="dxa"/>
              <w:end w:w="220" w:type="dxa"/>
            </w:tcMar>
          </w:tcPr>
          <w:p>
            <w:pPr>
              <w:spacing w:after="100"/>
            </w:pPr>
            <w:r>
              <w:rPr>
                <w:rFonts w:ascii="Times New Roman" w:hAnsi="Times New Roman"/>
                <w:b/>
                <w:i w:val="0"/>
                <w:color w:val="1B4F46"/>
                <w:sz w:val="26"/>
                <w:spacing w:val="0"/>
              </w:rPr>
              <w:t>K-12 Developmental Shifts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From one-time professional development to ongoing adult learning, practice, feedback, and refinement.</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From individual teacher preference to shared building routines that students experience consistently.</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From monitoring only student outcomes to also examining the adult practices that shape those outcomes.</w:t>
            </w:r>
          </w:p>
        </w:tc>
      </w:tr>
    </w:tbl>
    <w:p>
      <w:pPr>
        <w:spacing w:before="20" w:after="140" w:line="259" w:lineRule="auto"/>
      </w:pPr>
      <w:r>
        <w:rPr>
          <w:rFonts w:ascii="Times New Roman" w:hAnsi="Times New Roman"/>
          <w:b w:val="0"/>
          <w:i w:val="0"/>
          <w:color w:val="0E2243"/>
          <w:sz w:val="24"/>
          <w:spacing w:val="0"/>
        </w:rPr>
      </w:r>
    </w:p>
    <w:p>
      <w:pPr>
        <w:spacing w:before="200" w:after="80" w:line="259" w:lineRule="auto"/>
      </w:pPr>
      <w:r>
        <w:rPr>
          <w:rFonts w:ascii="Times New Roman" w:hAnsi="Times New Roman"/>
          <w:b/>
          <w:i w:val="0"/>
          <w:color w:val="1B4F46"/>
          <w:sz w:val="30"/>
          <w:spacing w:val="0"/>
        </w:rPr>
        <w:t>Domain 6: Adult Capacity and Consistent Practice</w:t>
      </w:r>
    </w:p>
    <w:p>
      <w:pPr>
        <w:spacing w:before="60" w:after="60" w:line="259" w:lineRule="auto"/>
      </w:pPr>
      <w:r>
        <w:rPr>
          <w:rFonts w:ascii="Times New Roman" w:hAnsi="Times New Roman"/>
          <w:b/>
          <w:i w:val="0"/>
          <w:color w:val="0E2243"/>
          <w:sz w:val="26"/>
          <w:spacing w:val="0"/>
        </w:rPr>
        <w:t>Domain Purpose</w:t>
      </w:r>
    </w:p>
    <w:p>
      <w:pPr>
        <w:spacing w:before="0" w:after="120" w:line="259" w:lineRule="auto"/>
      </w:pPr>
      <w:r>
        <w:rPr>
          <w:rFonts w:ascii="Times New Roman" w:hAnsi="Times New Roman"/>
          <w:b w:val="0"/>
          <w:i w:val="0"/>
          <w:color w:val="0E2243"/>
          <w:sz w:val="24"/>
          <w:spacing w:val="0"/>
        </w:rPr>
        <w:t>Domain 6 examines whether staff understand the readiness framework and use consistent adult practices strongly enough for students to experience the framework in daily learning, advising, support, and transition routines.</w:t>
      </w:r>
    </w:p>
    <w:tbl>
      <w:tblPr>
        <w:tblStyle w:val="TableGrid"/>
        <w:tblW w:type="dxa" w:w="10080"/>
        <w:tblLook w:firstColumn="1" w:firstRow="1" w:lastColumn="0" w:lastRow="0" w:noHBand="0" w:noVBand="1" w:val="04A0"/>
        <w:tblLayout w:type="fixed"/>
      </w:tblPr>
      <w:tblGrid>
        <w:gridCol w:w="10080"/>
      </w:tblGrid>
      <w:tr>
        <w:tc>
          <w:tcPr>
            <w:tcW w:type="dxa" w:w="10080"/>
            <w:shd w:fill="EFF5FB"/>
            <w:tcBorders>
              <w:top w:val="single" w:sz="8" w:space="0" w:color="B8C7DA"/>
              <w:left w:val="single" w:sz="8" w:space="0" w:color="B8C7DA"/>
              <w:bottom w:val="single" w:sz="8" w:space="0" w:color="B8C7DA"/>
              <w:right w:val="single" w:sz="8" w:space="0" w:color="B8C7DA"/>
            </w:tcBorders>
            <w:tcMar>
              <w:top w:w="180" w:type="dxa"/>
              <w:start w:w="210" w:type="dxa"/>
              <w:bottom w:w="180" w:type="dxa"/>
              <w:end w:w="210" w:type="dxa"/>
            </w:tcMar>
          </w:tcPr>
          <w:p>
            <w:pPr>
              <w:spacing w:before="20" w:after="60" w:line="259" w:lineRule="auto"/>
            </w:pPr>
            <w:r>
              <w:rPr>
                <w:rFonts w:ascii="Times New Roman" w:hAnsi="Times New Roman"/>
                <w:b w:val="0"/>
                <w:i w:val="0"/>
                <w:color w:val="0E2243"/>
                <w:sz w:val="24"/>
                <w:spacing w:val="0"/>
              </w:rPr>
              <w:t>District-wide expectation: Every building must define the adult practices required to make readiness visible for students, then support staff through professional learning, collaboration, coaching, calibration, evidence review, and follow-through. Buildings should monitor both student outcomes and adult practice evidence so inconsistent implementation can be identified, supported, and improved across classrooms, grade bands, departments, advisory structures, support systems, and transition routines.</w:t>
            </w:r>
          </w:p>
        </w:tc>
      </w:tr>
    </w:tbl>
    <w:p>
      <w:pPr>
        <w:spacing w:before="20" w:after="140" w:line="259" w:lineRule="auto"/>
      </w:pPr>
      <w:r>
        <w:rPr>
          <w:rFonts w:ascii="Times New Roman" w:hAnsi="Times New Roman"/>
          <w:b w:val="0"/>
          <w:i w:val="0"/>
          <w:color w:val="0E2243"/>
          <w:sz w:val="24"/>
          <w:spacing w:val="0"/>
        </w:rPr>
      </w:r>
    </w:p>
    <w:p>
      <w:pPr>
        <w:spacing w:before="160" w:after="100" w:line="259" w:lineRule="auto"/>
      </w:pPr>
      <w:r>
        <w:rPr>
          <w:rFonts w:ascii="Times New Roman" w:hAnsi="Times New Roman"/>
          <w:b/>
          <w:i w:val="0"/>
          <w:color w:val="1B4F46"/>
          <w:sz w:val="28"/>
          <w:spacing w:val="0"/>
        </w:rPr>
        <w:t>Grade-Band Implementation Direction</w:t>
      </w:r>
    </w:p>
    <w:p>
      <w:pPr>
        <w:spacing w:before="240" w:after="40" w:line="259" w:lineRule="auto"/>
      </w:pPr>
      <w:r>
        <w:rPr>
          <w:rFonts w:ascii="Times New Roman" w:hAnsi="Times New Roman"/>
          <w:b/>
          <w:i w:val="0"/>
          <w:color w:val="0E2243"/>
          <w:sz w:val="28"/>
          <w:spacing w:val="0"/>
        </w:rPr>
        <w:t>Grades K-2</w:t>
      </w:r>
    </w:p>
    <w:p>
      <w:pPr>
        <w:spacing w:before="0" w:after="100" w:line="259" w:lineRule="auto"/>
      </w:pPr>
      <w:r>
        <w:rPr>
          <w:rFonts w:ascii="Times New Roman" w:hAnsi="Times New Roman"/>
          <w:b w:val="0"/>
          <w:i/>
          <w:color w:val="1B4F46"/>
          <w:sz w:val="24"/>
          <w:spacing w:val="0"/>
        </w:rPr>
        <w:t>Build adult consistency around early readiness language, inclusive routines, belonging, participation, inquiry, reflection, family communication, and early support.</w:t>
      </w:r>
    </w:p>
    <w:tbl>
      <w:tblPr>
        <w:tblStyle w:val="TableGrid"/>
        <w:tblW w:type="dxa" w:w="10080"/>
        <w:tblLook w:firstColumn="1" w:firstRow="1" w:lastColumn="0" w:lastRow="0" w:noHBand="0" w:noVBand="1" w:val="04A0"/>
        <w:tblLayout w:type="fixed"/>
      </w:tblPr>
      <w:tblGrid>
        <w:gridCol w:w="3200"/>
        <w:gridCol w:w="6880"/>
      </w:tblGrid>
      <w:tr>
        <w:tc>
          <w:tcPr>
            <w:tcW w:type="dxa" w:w="3200"/>
            <w:shd w:fill="1B4F46"/>
            <w:tcBorders>
              <w:top w:val="single" w:sz="8" w:space="0" w:color="1B4F46"/>
              <w:left w:val="single" w:sz="8" w:space="0" w:color="1B4F46"/>
              <w:bottom w:val="single" w:sz="8" w:space="0" w:color="1B4F46"/>
              <w:right w:val="single" w:sz="8" w:space="0" w:color="1B4F46"/>
            </w:tcBorders>
            <w:tcMar>
              <w:top w:w="125" w:type="dxa"/>
              <w:start w:w="145" w:type="dxa"/>
              <w:bottom w:w="125" w:type="dxa"/>
              <w:end w:w="145" w:type="dxa"/>
            </w:tcMar>
          </w:tcPr>
          <w:p>
            <w:pPr>
              <w:spacing w:before="20" w:after="60" w:line="259" w:lineRule="auto"/>
              <w:jc w:val="center"/>
            </w:pPr>
            <w:r>
              <w:rPr>
                <w:rFonts w:ascii="Times New Roman" w:hAnsi="Times New Roman"/>
                <w:b/>
                <w:i w:val="0"/>
                <w:color w:val="FFFFFF"/>
                <w:sz w:val="24"/>
                <w:spacing w:val="0"/>
              </w:rPr>
              <w:t>Component</w:t>
            </w:r>
          </w:p>
        </w:tc>
        <w:tc>
          <w:tcPr>
            <w:tcW w:type="dxa" w:w="6880"/>
            <w:shd w:fill="1B4F46"/>
            <w:tcBorders>
              <w:top w:val="single" w:sz="8" w:space="0" w:color="1B4F46"/>
              <w:left w:val="single" w:sz="8" w:space="0" w:color="1B4F46"/>
              <w:bottom w:val="single" w:sz="8" w:space="0" w:color="1B4F46"/>
              <w:right w:val="single" w:sz="8" w:space="0" w:color="1B4F46"/>
            </w:tcBorders>
            <w:tcMar>
              <w:top w:w="125" w:type="dxa"/>
              <w:start w:w="145" w:type="dxa"/>
              <w:bottom w:w="125" w:type="dxa"/>
              <w:end w:w="145" w:type="dxa"/>
            </w:tcMar>
          </w:tcPr>
          <w:p>
            <w:pPr>
              <w:spacing w:before="20" w:after="60" w:line="259" w:lineRule="auto"/>
              <w:jc w:val="center"/>
            </w:pPr>
            <w:r>
              <w:rPr>
                <w:rFonts w:ascii="Times New Roman" w:hAnsi="Times New Roman"/>
                <w:b/>
                <w:i w:val="0"/>
                <w:color w:val="FFFFFF"/>
                <w:sz w:val="24"/>
                <w:spacing w:val="0"/>
              </w:rPr>
              <w:t>Building Guidance</w:t>
            </w:r>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Students Should Experience</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experience consistent language and routines for strengths, interests, belonging, effort, responsibility, help-seeking, contribution, and reflection.</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participate in classroom learning through multiple ways to speak, draw, build, move, point, record, write, and explain.</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receive similar expectations and supports across classrooms so access is not dependent on a single teacher's style.</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experience early support when attendance, behavior, language, disability, confidence, or family communication creates a barrier.</w:t>
            </w:r>
          </w:p>
          <w:p>
            <w:pPr>
              <w:spacing w:before="100" w:after="0" w:line="259" w:lineRule="auto"/>
            </w:pPr>
            <w:r>
              <w:rPr>
                <w:rFonts w:ascii="Times New Roman" w:hAnsi="Times New Roman"/>
                <w:b/>
                <w:i w:val="0"/>
                <w:color w:val="1B4F46"/>
                <w:sz w:val="24"/>
                <w:spacing w:val="0"/>
              </w:rPr>
              <w:t xml:space="preserve">Resources: </w:t>
            </w:r>
            <w:hyperlink r:id="rId9">
              <w:r>
                <w:rPr>
                  <w:rFonts w:ascii="Times New Roman" w:hAnsi="Times New Roman"/>
                  <w:sz w:val="24"/>
                  <w:color w:val="1F4E79"/>
                  <w:u w:val="single"/>
                </w:rPr>
                <w:t>CAST UDL Guidelines</w:t>
              </w:r>
            </w:hyperlink>
            <w:r>
              <w:rPr>
                <w:rFonts w:ascii="Times New Roman" w:hAnsi="Times New Roman"/>
                <w:b w:val="0"/>
                <w:i w:val="0"/>
                <w:color w:val="0E2243"/>
                <w:sz w:val="24"/>
                <w:spacing w:val="0"/>
              </w:rPr>
              <w:t xml:space="preserve">; </w:t>
            </w:r>
            <w:hyperlink r:id="rId10">
              <w:r>
                <w:rPr>
                  <w:rFonts w:ascii="Times New Roman" w:hAnsi="Times New Roman"/>
                  <w:sz w:val="24"/>
                  <w:color w:val="1F4E79"/>
                  <w:u w:val="single"/>
                </w:rPr>
                <w:t>Battelle for Kids: Early Learning Framework</w:t>
              </w:r>
            </w:hyperlink>
            <w:r>
              <w:rPr>
                <w:rFonts w:ascii="Times New Roman" w:hAnsi="Times New Roman"/>
                <w:b w:val="0"/>
                <w:i w:val="0"/>
                <w:color w:val="0E2243"/>
                <w:sz w:val="24"/>
                <w:spacing w:val="0"/>
              </w:rPr>
              <w:t xml:space="preserve">; </w:t>
            </w:r>
            <w:hyperlink r:id="rId11">
              <w:r>
                <w:rPr>
                  <w:rFonts w:ascii="Times New Roman" w:hAnsi="Times New Roman"/>
                  <w:sz w:val="24"/>
                  <w:color w:val="1F4E79"/>
                  <w:u w:val="single"/>
                </w:rPr>
                <w:t>CASEL: Fundamentals of SEL</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Adults Should Do</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Use shared readiness language and classroom routines for greeting, participation, help-seeking, reflection, inquiry, and family communication.</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Design lessons with multiple ways for students to engage, participate, and show learning.</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Use common early support responses for attendance, behavior, language, disability, and participation needs.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Meet as grade-level teams to review examples of student participation, work, reflection, support follow-up, and family communication.</w:t>
            </w:r>
          </w:p>
          <w:p>
            <w:pPr>
              <w:spacing w:before="100" w:after="0" w:line="259" w:lineRule="auto"/>
            </w:pPr>
            <w:r>
              <w:rPr>
                <w:rFonts w:ascii="Times New Roman" w:hAnsi="Times New Roman"/>
                <w:b/>
                <w:i w:val="0"/>
                <w:color w:val="1B4F46"/>
                <w:sz w:val="24"/>
                <w:spacing w:val="0"/>
              </w:rPr>
              <w:t xml:space="preserve">Resources: </w:t>
            </w:r>
            <w:hyperlink r:id="rId12">
              <w:r>
                <w:rPr>
                  <w:rFonts w:ascii="Times New Roman" w:hAnsi="Times New Roman"/>
                  <w:sz w:val="24"/>
                  <w:color w:val="1F4E79"/>
                  <w:u w:val="single"/>
                </w:rPr>
                <w:t>Learning Forward: Standards for Professional Learning</w:t>
              </w:r>
            </w:hyperlink>
            <w:r>
              <w:rPr>
                <w:rFonts w:ascii="Times New Roman" w:hAnsi="Times New Roman"/>
                <w:b w:val="0"/>
                <w:i w:val="0"/>
                <w:color w:val="0E2243"/>
                <w:sz w:val="24"/>
                <w:spacing w:val="0"/>
              </w:rPr>
              <w:t xml:space="preserve">; </w:t>
            </w:r>
            <w:hyperlink r:id="rId13">
              <w:r>
                <w:rPr>
                  <w:rFonts w:ascii="Times New Roman" w:hAnsi="Times New Roman"/>
                  <w:sz w:val="24"/>
                  <w:color w:val="1F4E79"/>
                  <w:u w:val="single"/>
                </w:rPr>
                <w:t>Pennsylvania Career Ready Skills Toolkit</w:t>
              </w:r>
            </w:hyperlink>
            <w:r>
              <w:rPr>
                <w:rFonts w:ascii="Times New Roman" w:hAnsi="Times New Roman"/>
                <w:b w:val="0"/>
                <w:i w:val="0"/>
                <w:color w:val="0E2243"/>
                <w:sz w:val="24"/>
                <w:spacing w:val="0"/>
              </w:rPr>
              <w:t xml:space="preserve">; </w:t>
            </w:r>
            <w:hyperlink r:id="rId9">
              <w:r>
                <w:rPr>
                  <w:rFonts w:ascii="Times New Roman" w:hAnsi="Times New Roman"/>
                  <w:sz w:val="24"/>
                  <w:color w:val="1F4E79"/>
                  <w:u w:val="single"/>
                </w:rPr>
                <w:t>CAST UDL Guidelines</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the Building Should Implement</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K-2 adult practice guide with shared language, routines, and examples.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grade-level calibration routine for participation, reflection, student work, and support responses.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coaching or peer-observation cycle focused on inclusive participation, belonging, and early support.</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family communication routine that consistently explains readiness habits and available supports.</w:t>
            </w:r>
          </w:p>
          <w:p>
            <w:pPr>
              <w:spacing w:before="100" w:after="0" w:line="259" w:lineRule="auto"/>
            </w:pPr>
            <w:r>
              <w:rPr>
                <w:rFonts w:ascii="Times New Roman" w:hAnsi="Times New Roman"/>
                <w:b/>
                <w:i w:val="0"/>
                <w:color w:val="1B4F46"/>
                <w:sz w:val="24"/>
                <w:spacing w:val="0"/>
              </w:rPr>
              <w:t xml:space="preserve">Resources: </w:t>
            </w:r>
            <w:hyperlink r:id="rId14">
              <w:r>
                <w:rPr>
                  <w:rFonts w:ascii="Times New Roman" w:hAnsi="Times New Roman"/>
                  <w:sz w:val="24"/>
                  <w:color w:val="1F4E79"/>
                  <w:u w:val="single"/>
                </w:rPr>
                <w:t>Learning Policy Institute: Effective Teacher Professional Development</w:t>
              </w:r>
            </w:hyperlink>
            <w:r>
              <w:rPr>
                <w:rFonts w:ascii="Times New Roman" w:hAnsi="Times New Roman"/>
                <w:b w:val="0"/>
                <w:i w:val="0"/>
                <w:color w:val="0E2243"/>
                <w:sz w:val="24"/>
                <w:spacing w:val="0"/>
              </w:rPr>
              <w:t xml:space="preserve">; </w:t>
            </w:r>
            <w:hyperlink r:id="rId12">
              <w:r>
                <w:rPr>
                  <w:rFonts w:ascii="Times New Roman" w:hAnsi="Times New Roman"/>
                  <w:sz w:val="24"/>
                  <w:color w:val="1F4E79"/>
                  <w:u w:val="single"/>
                </w:rPr>
                <w:t>Learning Forward: Standards for Professional Learning</w:t>
              </w:r>
            </w:hyperlink>
            <w:r>
              <w:rPr>
                <w:rFonts w:ascii="Times New Roman" w:hAnsi="Times New Roman"/>
                <w:b w:val="0"/>
                <w:i w:val="0"/>
                <w:color w:val="0E2243"/>
                <w:sz w:val="24"/>
                <w:spacing w:val="0"/>
              </w:rPr>
              <w:t xml:space="preserve">; </w:t>
            </w:r>
            <w:hyperlink r:id="rId15">
              <w:r>
                <w:rPr>
                  <w:rFonts w:ascii="Times New Roman" w:hAnsi="Times New Roman"/>
                  <w:sz w:val="24"/>
                  <w:color w:val="1F4E79"/>
                  <w:u w:val="single"/>
                </w:rPr>
                <w:t>PBIS: Positive Behavioral Interventions and Supports</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Implementation Examples</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Common language card: teachers use agreed-upon words such as strengths, effort, helping, trying again, asking for help, and contribution.</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Participation look-for: teams observe whether students have multiple ways to respond and whether the same students dominate or disappear.</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Reflection routine calibration: teachers compare student drawings, recordings, or statements and agree on what early reflection looks like.</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Support response protocol: staff use a shared process when attendance, behavior, language, disability, or participation concerns appear.</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Peer walkthrough: teachers briefly observe one another for greeting routines, student voice, help-seeking, and inclusive participation.</w:t>
            </w:r>
          </w:p>
          <w:p>
            <w:pPr>
              <w:spacing w:before="100" w:after="0" w:line="259" w:lineRule="auto"/>
            </w:pPr>
            <w:r>
              <w:rPr>
                <w:rFonts w:ascii="Times New Roman" w:hAnsi="Times New Roman"/>
                <w:b/>
                <w:i w:val="0"/>
                <w:color w:val="1B4F46"/>
                <w:sz w:val="24"/>
                <w:spacing w:val="0"/>
              </w:rPr>
              <w:t xml:space="preserve">Resources: </w:t>
            </w:r>
            <w:hyperlink r:id="rId13">
              <w:r>
                <w:rPr>
                  <w:rFonts w:ascii="Times New Roman" w:hAnsi="Times New Roman"/>
                  <w:sz w:val="24"/>
                  <w:color w:val="1F4E79"/>
                  <w:u w:val="single"/>
                </w:rPr>
                <w:t>Pennsylvania Career Ready Skills Toolkit</w:t>
              </w:r>
            </w:hyperlink>
            <w:r>
              <w:rPr>
                <w:rFonts w:ascii="Times New Roman" w:hAnsi="Times New Roman"/>
                <w:b w:val="0"/>
                <w:i w:val="0"/>
                <w:color w:val="0E2243"/>
                <w:sz w:val="24"/>
                <w:spacing w:val="0"/>
              </w:rPr>
              <w:t xml:space="preserve">; </w:t>
            </w:r>
            <w:hyperlink r:id="rId16">
              <w:r>
                <w:rPr>
                  <w:rFonts w:ascii="Times New Roman" w:hAnsi="Times New Roman"/>
                  <w:sz w:val="24"/>
                  <w:color w:val="1F4E79"/>
                  <w:u w:val="single"/>
                </w:rPr>
                <w:t>Teacher Toolkit: Think-Pair-Share</w:t>
              </w:r>
            </w:hyperlink>
            <w:r>
              <w:rPr>
                <w:rFonts w:ascii="Times New Roman" w:hAnsi="Times New Roman"/>
                <w:b w:val="0"/>
                <w:i w:val="0"/>
                <w:color w:val="0E2243"/>
                <w:sz w:val="24"/>
                <w:spacing w:val="0"/>
              </w:rPr>
              <w:t xml:space="preserve">; </w:t>
            </w:r>
            <w:hyperlink r:id="rId17">
              <w:r>
                <w:rPr>
                  <w:rFonts w:ascii="Times New Roman" w:hAnsi="Times New Roman"/>
                  <w:sz w:val="24"/>
                  <w:color w:val="1F4E79"/>
                  <w:u w:val="single"/>
                </w:rPr>
                <w:t>NAEYC: Using Blocks to Develop 21st Century Skills</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Evidence to Monitor</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Shared language tools, classroom routine examples, family messages, student reflection artifacts, and teacher notes.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Peer observation or coaching notes focused on participation, belonging, inquiry, and support.</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Grade-level meeting notes showing calibration around student work, participation, and support responses.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Attendance, participation, support follow-up, and family communication evidence reviewed by the team.</w:t>
            </w:r>
          </w:p>
          <w:p>
            <w:pPr>
              <w:spacing w:before="100" w:after="0" w:line="259" w:lineRule="auto"/>
            </w:pPr>
            <w:r>
              <w:rPr>
                <w:rFonts w:ascii="Times New Roman" w:hAnsi="Times New Roman"/>
                <w:b/>
                <w:i w:val="0"/>
                <w:color w:val="1B4F46"/>
                <w:sz w:val="24"/>
                <w:spacing w:val="0"/>
              </w:rPr>
              <w:t xml:space="preserve">Resources: </w:t>
            </w:r>
            <w:hyperlink r:id="rId14">
              <w:r>
                <w:rPr>
                  <w:rFonts w:ascii="Times New Roman" w:hAnsi="Times New Roman"/>
                  <w:sz w:val="24"/>
                  <w:color w:val="1F4E79"/>
                  <w:u w:val="single"/>
                </w:rPr>
                <w:t>Learning Policy Institute: Effective Teacher Professional Development</w:t>
              </w:r>
            </w:hyperlink>
            <w:r>
              <w:rPr>
                <w:rFonts w:ascii="Times New Roman" w:hAnsi="Times New Roman"/>
                <w:b w:val="0"/>
                <w:i w:val="0"/>
                <w:color w:val="0E2243"/>
                <w:sz w:val="24"/>
                <w:spacing w:val="0"/>
              </w:rPr>
              <w:t xml:space="preserve">; </w:t>
            </w:r>
            <w:hyperlink r:id="rId18">
              <w:r>
                <w:rPr>
                  <w:rFonts w:ascii="Times New Roman" w:hAnsi="Times New Roman"/>
                  <w:sz w:val="24"/>
                  <w:color w:val="1F4E79"/>
                  <w:u w:val="single"/>
                </w:rPr>
                <w:t>PERTS: Student Belonging</w:t>
              </w:r>
            </w:hyperlink>
            <w:r>
              <w:rPr>
                <w:rFonts w:ascii="Times New Roman" w:hAnsi="Times New Roman"/>
                <w:b w:val="0"/>
                <w:i w:val="0"/>
                <w:color w:val="0E2243"/>
                <w:sz w:val="24"/>
                <w:spacing w:val="0"/>
              </w:rPr>
              <w:t xml:space="preserve">; </w:t>
            </w:r>
            <w:hyperlink r:id="rId19">
              <w:r>
                <w:rPr>
                  <w:rFonts w:ascii="Times New Roman" w:hAnsi="Times New Roman"/>
                  <w:sz w:val="24"/>
                  <w:color w:val="1F4E79"/>
                  <w:u w:val="single"/>
                </w:rPr>
                <w:t>Attendance Works: Resources</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the Building Team Should Produce</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K-2 adult practice and readiness language map.</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calibration routine for student participation, reflection, and support responses.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peer feedback or coaching cycle tied to inclusive practice and early readiness routines.</w:t>
            </w:r>
          </w:p>
          <w:p>
            <w:pPr>
              <w:spacing w:before="100" w:after="0" w:line="259" w:lineRule="auto"/>
            </w:pPr>
            <w:r>
              <w:rPr>
                <w:rFonts w:ascii="Times New Roman" w:hAnsi="Times New Roman"/>
                <w:b/>
                <w:i w:val="0"/>
                <w:color w:val="1B4F46"/>
                <w:sz w:val="24"/>
                <w:spacing w:val="0"/>
              </w:rPr>
              <w:t xml:space="preserve">Resources: </w:t>
            </w:r>
            <w:hyperlink r:id="rId12">
              <w:r>
                <w:rPr>
                  <w:rFonts w:ascii="Times New Roman" w:hAnsi="Times New Roman"/>
                  <w:sz w:val="24"/>
                  <w:color w:val="1F4E79"/>
                  <w:u w:val="single"/>
                </w:rPr>
                <w:t>Learning Forward: Standards for Professional Learning</w:t>
              </w:r>
            </w:hyperlink>
            <w:r>
              <w:rPr>
                <w:rFonts w:ascii="Times New Roman" w:hAnsi="Times New Roman"/>
                <w:b w:val="0"/>
                <w:i w:val="0"/>
                <w:color w:val="0E2243"/>
                <w:sz w:val="24"/>
                <w:spacing w:val="0"/>
              </w:rPr>
              <w:t xml:space="preserve">; </w:t>
            </w:r>
            <w:hyperlink r:id="rId9">
              <w:r>
                <w:rPr>
                  <w:rFonts w:ascii="Times New Roman" w:hAnsi="Times New Roman"/>
                  <w:sz w:val="24"/>
                  <w:color w:val="1F4E79"/>
                  <w:u w:val="single"/>
                </w:rPr>
                <w:t>CAST UDL Guidelines</w:t>
              </w:r>
            </w:hyperlink>
          </w:p>
        </w:tc>
      </w:tr>
    </w:tbl>
    <w:p>
      <w:pPr>
        <w:spacing w:before="20" w:after="120" w:line="259" w:lineRule="auto"/>
      </w:pPr>
      <w:r>
        <w:rPr>
          <w:rFonts w:ascii="Times New Roman" w:hAnsi="Times New Roman"/>
          <w:b w:val="0"/>
          <w:i w:val="0"/>
          <w:color w:val="0E2243"/>
          <w:sz w:val="24"/>
          <w:spacing w:val="0"/>
        </w:rPr>
      </w:r>
    </w:p>
    <w:p>
      <w:pPr>
        <w:spacing w:before="40" w:after="80" w:line="259" w:lineRule="auto"/>
        <w:jc w:val="center"/>
      </w:pPr>
      <w:r>
        <w:rPr>
          <w:rFonts w:ascii="Times New Roman" w:hAnsi="Times New Roman"/>
          <w:b/>
          <w:i w:val="0"/>
          <w:color w:val="1B4F46"/>
          <w:sz w:val="24"/>
          <w:spacing w:val="0"/>
        </w:rPr>
        <w:t>Grades K-2: Building Team Planning Response</w:t>
      </w:r>
    </w:p>
    <w:tbl>
      <w:tblPr>
        <w:tblStyle w:val="TableGrid"/>
        <w:tblW w:type="dxa" w:w="10080"/>
        <w:tblLook w:firstColumn="1" w:firstRow="1" w:lastColumn="0" w:lastRow="0" w:noHBand="0" w:noVBand="1" w:val="04A0"/>
        <w:tblLayout w:type="fixed"/>
      </w:tblPr>
      <w:tblGrid>
        <w:gridCol w:w="2520"/>
        <w:gridCol w:w="2520"/>
        <w:gridCol w:w="2520"/>
        <w:gridCol w:w="2520"/>
      </w:tblGrid>
      <w:tr>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What will we implement?</w:t>
            </w:r>
          </w:p>
        </w:tc>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Who will lead the first actions?</w:t>
            </w:r>
          </w:p>
        </w:tc>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What evidence will we monitor?</w:t>
            </w:r>
          </w:p>
        </w:tc>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What support do we need?</w:t>
            </w:r>
          </w:p>
        </w:tc>
      </w:tr>
      <w:tr>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r>
    </w:tbl>
    <w:p>
      <w:pPr>
        <w:spacing w:before="20" w:after="160" w:line="259" w:lineRule="auto"/>
      </w:pPr>
      <w:r>
        <w:rPr>
          <w:rFonts w:ascii="Times New Roman" w:hAnsi="Times New Roman"/>
          <w:b w:val="0"/>
          <w:i w:val="0"/>
          <w:color w:val="0E2243"/>
          <w:sz w:val="24"/>
          <w:spacing w:val="0"/>
        </w:rPr>
      </w:r>
    </w:p>
    <w:p>
      <w:pPr>
        <w:spacing w:before="240" w:after="40" w:line="259" w:lineRule="auto"/>
      </w:pPr>
      <w:r>
        <w:rPr>
          <w:rFonts w:ascii="Times New Roman" w:hAnsi="Times New Roman"/>
          <w:b/>
          <w:i w:val="0"/>
          <w:color w:val="0E2243"/>
          <w:sz w:val="28"/>
          <w:spacing w:val="0"/>
        </w:rPr>
        <w:t>Grades 3-5</w:t>
      </w:r>
    </w:p>
    <w:p>
      <w:pPr>
        <w:spacing w:before="0" w:after="100" w:line="259" w:lineRule="auto"/>
      </w:pPr>
      <w:r>
        <w:rPr>
          <w:rFonts w:ascii="Times New Roman" w:hAnsi="Times New Roman"/>
          <w:b w:val="0"/>
          <w:i/>
          <w:color w:val="1B4F46"/>
          <w:sz w:val="24"/>
          <w:spacing w:val="0"/>
        </w:rPr>
        <w:t>Strengthen adult capacity to design meaningful projects, scaffold challenging work, support collaboration, monitor access, and build student ownership.</w:t>
      </w:r>
    </w:p>
    <w:tbl>
      <w:tblPr>
        <w:tblStyle w:val="TableGrid"/>
        <w:tblW w:type="dxa" w:w="10080"/>
        <w:tblLook w:firstColumn="1" w:firstRow="1" w:lastColumn="0" w:lastRow="0" w:noHBand="0" w:noVBand="1" w:val="04A0"/>
        <w:tblLayout w:type="fixed"/>
      </w:tblPr>
      <w:tblGrid>
        <w:gridCol w:w="3200"/>
        <w:gridCol w:w="6880"/>
      </w:tblGrid>
      <w:tr>
        <w:tc>
          <w:tcPr>
            <w:tcW w:type="dxa" w:w="3200"/>
            <w:shd w:fill="1B4F46"/>
            <w:tcBorders>
              <w:top w:val="single" w:sz="8" w:space="0" w:color="1B4F46"/>
              <w:left w:val="single" w:sz="8" w:space="0" w:color="1B4F46"/>
              <w:bottom w:val="single" w:sz="8" w:space="0" w:color="1B4F46"/>
              <w:right w:val="single" w:sz="8" w:space="0" w:color="1B4F46"/>
            </w:tcBorders>
            <w:tcMar>
              <w:top w:w="125" w:type="dxa"/>
              <w:start w:w="145" w:type="dxa"/>
              <w:bottom w:w="125" w:type="dxa"/>
              <w:end w:w="145" w:type="dxa"/>
            </w:tcMar>
          </w:tcPr>
          <w:p>
            <w:pPr>
              <w:spacing w:before="20" w:after="60" w:line="259" w:lineRule="auto"/>
              <w:jc w:val="center"/>
            </w:pPr>
            <w:r>
              <w:rPr>
                <w:rFonts w:ascii="Times New Roman" w:hAnsi="Times New Roman"/>
                <w:b/>
                <w:i w:val="0"/>
                <w:color w:val="FFFFFF"/>
                <w:sz w:val="24"/>
                <w:spacing w:val="0"/>
              </w:rPr>
              <w:t>Component</w:t>
            </w:r>
          </w:p>
        </w:tc>
        <w:tc>
          <w:tcPr>
            <w:tcW w:type="dxa" w:w="6880"/>
            <w:shd w:fill="1B4F46"/>
            <w:tcBorders>
              <w:top w:val="single" w:sz="8" w:space="0" w:color="1B4F46"/>
              <w:left w:val="single" w:sz="8" w:space="0" w:color="1B4F46"/>
              <w:bottom w:val="single" w:sz="8" w:space="0" w:color="1B4F46"/>
              <w:right w:val="single" w:sz="8" w:space="0" w:color="1B4F46"/>
            </w:tcBorders>
            <w:tcMar>
              <w:top w:w="125" w:type="dxa"/>
              <w:start w:w="145" w:type="dxa"/>
              <w:bottom w:w="125" w:type="dxa"/>
              <w:end w:w="145" w:type="dxa"/>
            </w:tcMar>
          </w:tcPr>
          <w:p>
            <w:pPr>
              <w:spacing w:before="20" w:after="60" w:line="259" w:lineRule="auto"/>
              <w:jc w:val="center"/>
            </w:pPr>
            <w:r>
              <w:rPr>
                <w:rFonts w:ascii="Times New Roman" w:hAnsi="Times New Roman"/>
                <w:b/>
                <w:i w:val="0"/>
                <w:color w:val="FFFFFF"/>
                <w:sz w:val="24"/>
                <w:spacing w:val="0"/>
              </w:rPr>
              <w:t>Building Guidance</w:t>
            </w:r>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Students Should Experience</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experience consistent routines for project work, collaboration, feedback, revision, reflection, source awareness, digital citizenship, and goal setting.</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receive scaffolds that help them access challenging tasks while maintaining high expectations.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see similar expectations across classrooms for teamwork, leadership, communication, student roles, and quality work.</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have access to meaningful participation in research, design, technology, presentation, peer feedback, and leadership roles.</w:t>
            </w:r>
          </w:p>
          <w:p>
            <w:pPr>
              <w:spacing w:before="100" w:after="0" w:line="259" w:lineRule="auto"/>
            </w:pPr>
            <w:r>
              <w:rPr>
                <w:rFonts w:ascii="Times New Roman" w:hAnsi="Times New Roman"/>
                <w:b/>
                <w:i w:val="0"/>
                <w:color w:val="1B4F46"/>
                <w:sz w:val="24"/>
                <w:spacing w:val="0"/>
              </w:rPr>
              <w:t xml:space="preserve">Resources: </w:t>
            </w:r>
            <w:hyperlink r:id="rId20">
              <w:r>
                <w:rPr>
                  <w:rFonts w:ascii="Times New Roman" w:hAnsi="Times New Roman"/>
                  <w:sz w:val="24"/>
                  <w:color w:val="1F4E79"/>
                  <w:u w:val="single"/>
                </w:rPr>
                <w:t>PBLWorks: Project Library</w:t>
              </w:r>
            </w:hyperlink>
            <w:r>
              <w:rPr>
                <w:rFonts w:ascii="Times New Roman" w:hAnsi="Times New Roman"/>
                <w:b w:val="0"/>
                <w:i w:val="0"/>
                <w:color w:val="0E2243"/>
                <w:sz w:val="24"/>
                <w:spacing w:val="0"/>
              </w:rPr>
              <w:t xml:space="preserve">; </w:t>
            </w:r>
            <w:hyperlink r:id="rId9">
              <w:r>
                <w:rPr>
                  <w:rFonts w:ascii="Times New Roman" w:hAnsi="Times New Roman"/>
                  <w:sz w:val="24"/>
                  <w:color w:val="1F4E79"/>
                  <w:u w:val="single"/>
                </w:rPr>
                <w:t>CAST UDL Guidelines</w:t>
              </w:r>
            </w:hyperlink>
            <w:r>
              <w:rPr>
                <w:rFonts w:ascii="Times New Roman" w:hAnsi="Times New Roman"/>
                <w:b w:val="0"/>
                <w:i w:val="0"/>
                <w:color w:val="0E2243"/>
                <w:sz w:val="24"/>
                <w:spacing w:val="0"/>
              </w:rPr>
              <w:t xml:space="preserve">; </w:t>
            </w:r>
            <w:hyperlink r:id="rId13">
              <w:r>
                <w:rPr>
                  <w:rFonts w:ascii="Times New Roman" w:hAnsi="Times New Roman"/>
                  <w:sz w:val="24"/>
                  <w:color w:val="1F4E79"/>
                  <w:u w:val="single"/>
                </w:rPr>
                <w:t>Pennsylvania Career Ready Skills Toolkit</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Adults Should Do</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Use common project planning, peer feedback, revision, collaboration, and reflection routines.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Calibrate expectations for project quality, student roles, student products, digital citizenship, and evidence of learning.</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Use scaffolds, modeling, rubrics, examples, and feedback so all students can participate in challenging work.</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Review participation patterns to ensure students have equitable access to leadership, technology, discussion, and presentation opportunities.</w:t>
            </w:r>
          </w:p>
          <w:p>
            <w:pPr>
              <w:spacing w:before="100" w:after="0" w:line="259" w:lineRule="auto"/>
            </w:pPr>
            <w:r>
              <w:rPr>
                <w:rFonts w:ascii="Times New Roman" w:hAnsi="Times New Roman"/>
                <w:b/>
                <w:i w:val="0"/>
                <w:color w:val="1B4F46"/>
                <w:sz w:val="24"/>
                <w:spacing w:val="0"/>
              </w:rPr>
              <w:t xml:space="preserve">Resources: </w:t>
            </w:r>
            <w:hyperlink r:id="rId21">
              <w:r>
                <w:rPr>
                  <w:rFonts w:ascii="Times New Roman" w:hAnsi="Times New Roman"/>
                  <w:sz w:val="24"/>
                  <w:color w:val="1F4E79"/>
                  <w:u w:val="single"/>
                </w:rPr>
                <w:t>PBLWorks: Gold Standard Teaching Practices</w:t>
              </w:r>
            </w:hyperlink>
            <w:r>
              <w:rPr>
                <w:rFonts w:ascii="Times New Roman" w:hAnsi="Times New Roman"/>
                <w:b w:val="0"/>
                <w:i w:val="0"/>
                <w:color w:val="0E2243"/>
                <w:sz w:val="24"/>
                <w:spacing w:val="0"/>
              </w:rPr>
              <w:t xml:space="preserve">; </w:t>
            </w:r>
            <w:hyperlink r:id="rId14">
              <w:r>
                <w:rPr>
                  <w:rFonts w:ascii="Times New Roman" w:hAnsi="Times New Roman"/>
                  <w:sz w:val="24"/>
                  <w:color w:val="1F4E79"/>
                  <w:u w:val="single"/>
                </w:rPr>
                <w:t>Learning Policy Institute: Effective Teacher Professional Development</w:t>
              </w:r>
            </w:hyperlink>
            <w:r>
              <w:rPr>
                <w:rFonts w:ascii="Times New Roman" w:hAnsi="Times New Roman"/>
                <w:b w:val="0"/>
                <w:i w:val="0"/>
                <w:color w:val="0E2243"/>
                <w:sz w:val="24"/>
                <w:spacing w:val="0"/>
              </w:rPr>
              <w:t xml:space="preserve">; </w:t>
            </w:r>
            <w:hyperlink r:id="rId9">
              <w:r>
                <w:rPr>
                  <w:rFonts w:ascii="Times New Roman" w:hAnsi="Times New Roman"/>
                  <w:sz w:val="24"/>
                  <w:color w:val="1F4E79"/>
                  <w:u w:val="single"/>
                </w:rPr>
                <w:t>CAST UDL Guidelines</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the Building Should Implement</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3-5 professional learning cycle focused on project design, feedback, collaboration, revision, and student reflection.</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common project planning and calibration routine using student work and rubrics.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peer observation or coaching cycle focused on scaffolding, participation, student roles, and quality work.</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participation review process that helps teams adjust adult practice when opportunity is uneven.</w:t>
            </w:r>
          </w:p>
          <w:p>
            <w:pPr>
              <w:spacing w:before="100" w:after="0" w:line="259" w:lineRule="auto"/>
            </w:pPr>
            <w:r>
              <w:rPr>
                <w:rFonts w:ascii="Times New Roman" w:hAnsi="Times New Roman"/>
                <w:b/>
                <w:i w:val="0"/>
                <w:color w:val="1B4F46"/>
                <w:sz w:val="24"/>
                <w:spacing w:val="0"/>
              </w:rPr>
              <w:t xml:space="preserve">Resources: </w:t>
            </w:r>
            <w:hyperlink r:id="rId12">
              <w:r>
                <w:rPr>
                  <w:rFonts w:ascii="Times New Roman" w:hAnsi="Times New Roman"/>
                  <w:sz w:val="24"/>
                  <w:color w:val="1F4E79"/>
                  <w:u w:val="single"/>
                </w:rPr>
                <w:t>Learning Forward: Standards for Professional Learning</w:t>
              </w:r>
            </w:hyperlink>
            <w:r>
              <w:rPr>
                <w:rFonts w:ascii="Times New Roman" w:hAnsi="Times New Roman"/>
                <w:b w:val="0"/>
                <w:i w:val="0"/>
                <w:color w:val="0E2243"/>
                <w:sz w:val="24"/>
                <w:spacing w:val="0"/>
              </w:rPr>
              <w:t xml:space="preserve">; </w:t>
            </w:r>
            <w:hyperlink r:id="rId22">
              <w:r>
                <w:rPr>
                  <w:rFonts w:ascii="Times New Roman" w:hAnsi="Times New Roman"/>
                  <w:sz w:val="24"/>
                  <w:color w:val="1F4E79"/>
                  <w:u w:val="single"/>
                </w:rPr>
                <w:t>PBLWorks: Rubrics and Teacher Resources</w:t>
              </w:r>
            </w:hyperlink>
            <w:r>
              <w:rPr>
                <w:rFonts w:ascii="Times New Roman" w:hAnsi="Times New Roman"/>
                <w:b w:val="0"/>
                <w:i w:val="0"/>
                <w:color w:val="0E2243"/>
                <w:sz w:val="24"/>
                <w:spacing w:val="0"/>
              </w:rPr>
              <w:t xml:space="preserve">; </w:t>
            </w:r>
            <w:hyperlink r:id="rId23">
              <w:r>
                <w:rPr>
                  <w:rFonts w:ascii="Times New Roman" w:hAnsi="Times New Roman"/>
                  <w:sz w:val="24"/>
                  <w:color w:val="1F4E79"/>
                  <w:u w:val="single"/>
                </w:rPr>
                <w:t>PBLWorks: Getting Started with Project Based Learning</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Implementation Examples</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Project planning clinic: teams review a project for learning goals, student voice, audience, product, feedback, and evidence.</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 work calibration: teachers compare project samples and agree on what quality, revision, collaboration, and reflection look like.</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Role rotation review: teachers examine whether all students experience research, design, technology, presentation, leadership, and reflection roles.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Scaffold swap: teachers share sentence frames, models, visuals, rubrics, vocabulary supports, and feedback routines that keep rigor accessible.</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Peer walkthrough: staff observe whether students are explaining thinking, using feedback, collaborating, and revising work.</w:t>
            </w:r>
          </w:p>
          <w:p>
            <w:pPr>
              <w:spacing w:before="100" w:after="0" w:line="259" w:lineRule="auto"/>
            </w:pPr>
            <w:r>
              <w:rPr>
                <w:rFonts w:ascii="Times New Roman" w:hAnsi="Times New Roman"/>
                <w:b/>
                <w:i w:val="0"/>
                <w:color w:val="1B4F46"/>
                <w:sz w:val="24"/>
                <w:spacing w:val="0"/>
              </w:rPr>
              <w:t xml:space="preserve">Resources: </w:t>
            </w:r>
            <w:hyperlink r:id="rId20">
              <w:r>
                <w:rPr>
                  <w:rFonts w:ascii="Times New Roman" w:hAnsi="Times New Roman"/>
                  <w:sz w:val="24"/>
                  <w:color w:val="1F4E79"/>
                  <w:u w:val="single"/>
                </w:rPr>
                <w:t>PBLWorks: Project Library</w:t>
              </w:r>
            </w:hyperlink>
            <w:r>
              <w:rPr>
                <w:rFonts w:ascii="Times New Roman" w:hAnsi="Times New Roman"/>
                <w:b w:val="0"/>
                <w:i w:val="0"/>
                <w:color w:val="0E2243"/>
                <w:sz w:val="24"/>
                <w:spacing w:val="0"/>
              </w:rPr>
              <w:t xml:space="preserve">; </w:t>
            </w:r>
            <w:hyperlink r:id="rId13">
              <w:r>
                <w:rPr>
                  <w:rFonts w:ascii="Times New Roman" w:hAnsi="Times New Roman"/>
                  <w:sz w:val="24"/>
                  <w:color w:val="1F4E79"/>
                  <w:u w:val="single"/>
                </w:rPr>
                <w:t>Pennsylvania Career Ready Skills Toolkit</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Evidence to Monitor</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Project plans, rubrics, student products, revision artifacts, peer feedback records, and reflection evidence.</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Professional learning agendas, coaching notes, peer observation notes, and PLC calibration records.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Participation data showing who leads, presents, uses technology, receives feedback, and accesses enrichment or support.</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 voice data about challenge, support, relevance, collaboration, and ownership.</w:t>
            </w:r>
          </w:p>
          <w:p>
            <w:pPr>
              <w:spacing w:before="100" w:after="0" w:line="259" w:lineRule="auto"/>
            </w:pPr>
            <w:r>
              <w:rPr>
                <w:rFonts w:ascii="Times New Roman" w:hAnsi="Times New Roman"/>
                <w:b/>
                <w:i w:val="0"/>
                <w:color w:val="1B4F46"/>
                <w:sz w:val="24"/>
                <w:spacing w:val="0"/>
              </w:rPr>
              <w:t xml:space="preserve">Resources: </w:t>
            </w:r>
            <w:hyperlink r:id="rId22">
              <w:r>
                <w:rPr>
                  <w:rFonts w:ascii="Times New Roman" w:hAnsi="Times New Roman"/>
                  <w:sz w:val="24"/>
                  <w:color w:val="1F4E79"/>
                  <w:u w:val="single"/>
                </w:rPr>
                <w:t>PBLWorks: Rubrics and Teacher Resources</w:t>
              </w:r>
            </w:hyperlink>
            <w:r>
              <w:rPr>
                <w:rFonts w:ascii="Times New Roman" w:hAnsi="Times New Roman"/>
                <w:b w:val="0"/>
                <w:i w:val="0"/>
                <w:color w:val="0E2243"/>
                <w:sz w:val="24"/>
                <w:spacing w:val="0"/>
              </w:rPr>
              <w:t xml:space="preserve">; </w:t>
            </w:r>
            <w:hyperlink r:id="rId14">
              <w:r>
                <w:rPr>
                  <w:rFonts w:ascii="Times New Roman" w:hAnsi="Times New Roman"/>
                  <w:sz w:val="24"/>
                  <w:color w:val="1F4E79"/>
                  <w:u w:val="single"/>
                </w:rPr>
                <w:t>Learning Policy Institute: Effective Teacher Professional Development</w:t>
              </w:r>
            </w:hyperlink>
            <w:r>
              <w:rPr>
                <w:rFonts w:ascii="Times New Roman" w:hAnsi="Times New Roman"/>
                <w:b w:val="0"/>
                <w:i w:val="0"/>
                <w:color w:val="0E2243"/>
                <w:sz w:val="24"/>
                <w:spacing w:val="0"/>
              </w:rPr>
              <w:t xml:space="preserve">; </w:t>
            </w:r>
            <w:hyperlink r:id="rId24">
              <w:r>
                <w:rPr>
                  <w:rFonts w:ascii="Times New Roman" w:hAnsi="Times New Roman"/>
                  <w:sz w:val="24"/>
                  <w:color w:val="1F4E79"/>
                  <w:u w:val="single"/>
                </w:rPr>
                <w:t>EL Education: Models of Excellence</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the Building Team Should Produce</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3-5 adult practice guide for project design, collaboration, feedback, revision, and reflection.</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student-work calibration process.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coaching or peer feedback cycle tied to consistent project-based and applied learning practice.</w:t>
            </w:r>
          </w:p>
          <w:p>
            <w:pPr>
              <w:spacing w:before="100" w:after="0" w:line="259" w:lineRule="auto"/>
            </w:pPr>
            <w:r>
              <w:rPr>
                <w:rFonts w:ascii="Times New Roman" w:hAnsi="Times New Roman"/>
                <w:b/>
                <w:i w:val="0"/>
                <w:color w:val="1B4F46"/>
                <w:sz w:val="24"/>
                <w:spacing w:val="0"/>
              </w:rPr>
              <w:t xml:space="preserve">Resources: </w:t>
            </w:r>
            <w:hyperlink r:id="rId12">
              <w:r>
                <w:rPr>
                  <w:rFonts w:ascii="Times New Roman" w:hAnsi="Times New Roman"/>
                  <w:sz w:val="24"/>
                  <w:color w:val="1F4E79"/>
                  <w:u w:val="single"/>
                </w:rPr>
                <w:t>Learning Forward: Standards for Professional Learning</w:t>
              </w:r>
            </w:hyperlink>
            <w:r>
              <w:rPr>
                <w:rFonts w:ascii="Times New Roman" w:hAnsi="Times New Roman"/>
                <w:b w:val="0"/>
                <w:i w:val="0"/>
                <w:color w:val="0E2243"/>
                <w:sz w:val="24"/>
                <w:spacing w:val="0"/>
              </w:rPr>
              <w:t xml:space="preserve">; </w:t>
            </w:r>
            <w:hyperlink r:id="rId21">
              <w:r>
                <w:rPr>
                  <w:rFonts w:ascii="Times New Roman" w:hAnsi="Times New Roman"/>
                  <w:sz w:val="24"/>
                  <w:color w:val="1F4E79"/>
                  <w:u w:val="single"/>
                </w:rPr>
                <w:t>PBLWorks: Gold Standard Teaching Practices</w:t>
              </w:r>
            </w:hyperlink>
          </w:p>
        </w:tc>
      </w:tr>
    </w:tbl>
    <w:p>
      <w:pPr>
        <w:spacing w:before="20" w:after="120" w:line="259" w:lineRule="auto"/>
      </w:pPr>
      <w:r>
        <w:rPr>
          <w:rFonts w:ascii="Times New Roman" w:hAnsi="Times New Roman"/>
          <w:b w:val="0"/>
          <w:i w:val="0"/>
          <w:color w:val="0E2243"/>
          <w:sz w:val="24"/>
          <w:spacing w:val="0"/>
        </w:rPr>
      </w:r>
    </w:p>
    <w:p>
      <w:pPr>
        <w:spacing w:before="40" w:after="80" w:line="259" w:lineRule="auto"/>
        <w:jc w:val="center"/>
      </w:pPr>
      <w:r>
        <w:rPr>
          <w:rFonts w:ascii="Times New Roman" w:hAnsi="Times New Roman"/>
          <w:b/>
          <w:i w:val="0"/>
          <w:color w:val="1B4F46"/>
          <w:sz w:val="24"/>
          <w:spacing w:val="0"/>
        </w:rPr>
        <w:t>Grades 3-5: Building Team Planning Response</w:t>
      </w:r>
    </w:p>
    <w:tbl>
      <w:tblPr>
        <w:tblStyle w:val="TableGrid"/>
        <w:tblW w:type="dxa" w:w="10080"/>
        <w:tblLook w:firstColumn="1" w:firstRow="1" w:lastColumn="0" w:lastRow="0" w:noHBand="0" w:noVBand="1" w:val="04A0"/>
        <w:tblLayout w:type="fixed"/>
      </w:tblPr>
      <w:tblGrid>
        <w:gridCol w:w="2520"/>
        <w:gridCol w:w="2520"/>
        <w:gridCol w:w="2520"/>
        <w:gridCol w:w="2520"/>
      </w:tblGrid>
      <w:tr>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What will we implement?</w:t>
            </w:r>
          </w:p>
        </w:tc>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Who will lead the first actions?</w:t>
            </w:r>
          </w:p>
        </w:tc>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What evidence will we monitor?</w:t>
            </w:r>
          </w:p>
        </w:tc>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What support do we need?</w:t>
            </w:r>
          </w:p>
        </w:tc>
      </w:tr>
      <w:tr>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r>
    </w:tbl>
    <w:p>
      <w:pPr>
        <w:spacing w:before="20" w:after="160" w:line="259" w:lineRule="auto"/>
      </w:pPr>
      <w:r>
        <w:rPr>
          <w:rFonts w:ascii="Times New Roman" w:hAnsi="Times New Roman"/>
          <w:b w:val="0"/>
          <w:i w:val="0"/>
          <w:color w:val="0E2243"/>
          <w:sz w:val="24"/>
          <w:spacing w:val="0"/>
        </w:rPr>
      </w:r>
    </w:p>
    <w:p>
      <w:pPr>
        <w:spacing w:before="240" w:after="40" w:line="259" w:lineRule="auto"/>
      </w:pPr>
      <w:r>
        <w:rPr>
          <w:rFonts w:ascii="Times New Roman" w:hAnsi="Times New Roman"/>
          <w:b/>
          <w:i w:val="0"/>
          <w:color w:val="0E2243"/>
          <w:sz w:val="28"/>
          <w:spacing w:val="0"/>
        </w:rPr>
        <w:t>Grades 6-8</w:t>
      </w:r>
    </w:p>
    <w:p>
      <w:pPr>
        <w:spacing w:before="0" w:after="100" w:line="259" w:lineRule="auto"/>
      </w:pPr>
      <w:r>
        <w:rPr>
          <w:rFonts w:ascii="Times New Roman" w:hAnsi="Times New Roman"/>
          <w:b w:val="0"/>
          <w:i/>
          <w:color w:val="1B4F46"/>
          <w:sz w:val="24"/>
          <w:spacing w:val="0"/>
        </w:rPr>
        <w:t>Build consistent adult practice around advisory, career exploration, identity development, project management, student voice, self-advocacy, and transition support.</w:t>
      </w:r>
    </w:p>
    <w:tbl>
      <w:tblPr>
        <w:tblStyle w:val="TableGrid"/>
        <w:tblW w:type="dxa" w:w="10080"/>
        <w:tblLook w:firstColumn="1" w:firstRow="1" w:lastColumn="0" w:lastRow="0" w:noHBand="0" w:noVBand="1" w:val="04A0"/>
        <w:tblLayout w:type="fixed"/>
      </w:tblPr>
      <w:tblGrid>
        <w:gridCol w:w="3200"/>
        <w:gridCol w:w="6880"/>
      </w:tblGrid>
      <w:tr>
        <w:tc>
          <w:tcPr>
            <w:tcW w:type="dxa" w:w="3200"/>
            <w:shd w:fill="1B4F46"/>
            <w:tcBorders>
              <w:top w:val="single" w:sz="8" w:space="0" w:color="1B4F46"/>
              <w:left w:val="single" w:sz="8" w:space="0" w:color="1B4F46"/>
              <w:bottom w:val="single" w:sz="8" w:space="0" w:color="1B4F46"/>
              <w:right w:val="single" w:sz="8" w:space="0" w:color="1B4F46"/>
            </w:tcBorders>
            <w:tcMar>
              <w:top w:w="125" w:type="dxa"/>
              <w:start w:w="145" w:type="dxa"/>
              <w:bottom w:w="125" w:type="dxa"/>
              <w:end w:w="145" w:type="dxa"/>
            </w:tcMar>
          </w:tcPr>
          <w:p>
            <w:pPr>
              <w:spacing w:before="20" w:after="60" w:line="259" w:lineRule="auto"/>
              <w:jc w:val="center"/>
            </w:pPr>
            <w:r>
              <w:rPr>
                <w:rFonts w:ascii="Times New Roman" w:hAnsi="Times New Roman"/>
                <w:b/>
                <w:i w:val="0"/>
                <w:color w:val="FFFFFF"/>
                <w:sz w:val="24"/>
                <w:spacing w:val="0"/>
              </w:rPr>
              <w:t>Component</w:t>
            </w:r>
          </w:p>
        </w:tc>
        <w:tc>
          <w:tcPr>
            <w:tcW w:type="dxa" w:w="6880"/>
            <w:shd w:fill="1B4F46"/>
            <w:tcBorders>
              <w:top w:val="single" w:sz="8" w:space="0" w:color="1B4F46"/>
              <w:left w:val="single" w:sz="8" w:space="0" w:color="1B4F46"/>
              <w:bottom w:val="single" w:sz="8" w:space="0" w:color="1B4F46"/>
              <w:right w:val="single" w:sz="8" w:space="0" w:color="1B4F46"/>
            </w:tcBorders>
            <w:tcMar>
              <w:top w:w="125" w:type="dxa"/>
              <w:start w:w="145" w:type="dxa"/>
              <w:bottom w:w="125" w:type="dxa"/>
              <w:end w:w="145" w:type="dxa"/>
            </w:tcMar>
          </w:tcPr>
          <w:p>
            <w:pPr>
              <w:spacing w:before="20" w:after="60" w:line="259" w:lineRule="auto"/>
              <w:jc w:val="center"/>
            </w:pPr>
            <w:r>
              <w:rPr>
                <w:rFonts w:ascii="Times New Roman" w:hAnsi="Times New Roman"/>
                <w:b/>
                <w:i w:val="0"/>
                <w:color w:val="FFFFFF"/>
                <w:sz w:val="24"/>
                <w:spacing w:val="0"/>
              </w:rPr>
              <w:t>Building Guidance</w:t>
            </w:r>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Students Should Experience</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experience consistent advisory, goal-setting, reflection, career exploration, student voice, and self-advocacy routines.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receive adult support for identity development, belonging, project management, conflict resolution, digital citizenship, and transition planning.</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encounter common expectations for team projects, presentations, source evaluation, career exploration, and support-seeking.</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do not receive different levels of advising, exploration, or support based on team, teacher, schedule, or program placement.</w:t>
            </w:r>
          </w:p>
          <w:p>
            <w:pPr>
              <w:spacing w:before="100" w:after="0" w:line="259" w:lineRule="auto"/>
            </w:pPr>
            <w:r>
              <w:rPr>
                <w:rFonts w:ascii="Times New Roman" w:hAnsi="Times New Roman"/>
                <w:b/>
                <w:i w:val="0"/>
                <w:color w:val="1B4F46"/>
                <w:sz w:val="24"/>
                <w:spacing w:val="0"/>
              </w:rPr>
              <w:t xml:space="preserve">Resources: </w:t>
            </w:r>
            <w:hyperlink r:id="rId25">
              <w:r>
                <w:rPr>
                  <w:rFonts w:ascii="Times New Roman" w:hAnsi="Times New Roman"/>
                  <w:sz w:val="24"/>
                  <w:color w:val="1F4E79"/>
                  <w:u w:val="single"/>
                </w:rPr>
                <w:t>Ohio Career Connections Framework</w:t>
              </w:r>
            </w:hyperlink>
            <w:r>
              <w:rPr>
                <w:rFonts w:ascii="Times New Roman" w:hAnsi="Times New Roman"/>
                <w:b w:val="0"/>
                <w:i w:val="0"/>
                <w:color w:val="0E2243"/>
                <w:sz w:val="24"/>
                <w:spacing w:val="0"/>
              </w:rPr>
              <w:t xml:space="preserve">; </w:t>
            </w:r>
            <w:hyperlink r:id="rId26">
              <w:r>
                <w:rPr>
                  <w:rFonts w:ascii="Times New Roman" w:hAnsi="Times New Roman"/>
                  <w:sz w:val="24"/>
                  <w:color w:val="1F4E79"/>
                  <w:u w:val="single"/>
                </w:rPr>
                <w:t>ASCA Mindsets and Behaviors</w:t>
              </w:r>
            </w:hyperlink>
            <w:r>
              <w:rPr>
                <w:rFonts w:ascii="Times New Roman" w:hAnsi="Times New Roman"/>
                <w:b w:val="0"/>
                <w:i w:val="0"/>
                <w:color w:val="0E2243"/>
                <w:sz w:val="24"/>
                <w:spacing w:val="0"/>
              </w:rPr>
              <w:t xml:space="preserve">; </w:t>
            </w:r>
            <w:hyperlink r:id="rId18">
              <w:r>
                <w:rPr>
                  <w:rFonts w:ascii="Times New Roman" w:hAnsi="Times New Roman"/>
                  <w:sz w:val="24"/>
                  <w:color w:val="1F4E79"/>
                  <w:u w:val="single"/>
                </w:rPr>
                <w:t>PERTS: Student Belonging</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Adults Should Do</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Use shared routines for advisory, career exploration, student conferencing, project management, self-advocacy, and transition planning.</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Calibrate expectations for advisory quality, student portfolios, career artifacts, project products, and student reflection.</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Monitor which students are receiving adult check-ins, support, exploration experiences, activities, and transition guidance.</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Use team meetings to coordinate teachers, counselors, support staff, families, and activity sponsors around student needs.</w:t>
            </w:r>
          </w:p>
          <w:p>
            <w:pPr>
              <w:spacing w:before="100" w:after="0" w:line="259" w:lineRule="auto"/>
            </w:pPr>
            <w:r>
              <w:rPr>
                <w:rFonts w:ascii="Times New Roman" w:hAnsi="Times New Roman"/>
                <w:b/>
                <w:i w:val="0"/>
                <w:color w:val="1B4F46"/>
                <w:sz w:val="24"/>
                <w:spacing w:val="0"/>
              </w:rPr>
              <w:t xml:space="preserve">Resources: </w:t>
            </w:r>
            <w:hyperlink r:id="rId12">
              <w:r>
                <w:rPr>
                  <w:rFonts w:ascii="Times New Roman" w:hAnsi="Times New Roman"/>
                  <w:sz w:val="24"/>
                  <w:color w:val="1F4E79"/>
                  <w:u w:val="single"/>
                </w:rPr>
                <w:t>Learning Forward: Standards for Professional Learning</w:t>
              </w:r>
            </w:hyperlink>
            <w:r>
              <w:rPr>
                <w:rFonts w:ascii="Times New Roman" w:hAnsi="Times New Roman"/>
                <w:b w:val="0"/>
                <w:i w:val="0"/>
                <w:color w:val="0E2243"/>
                <w:sz w:val="24"/>
                <w:spacing w:val="0"/>
              </w:rPr>
              <w:t xml:space="preserve">; </w:t>
            </w:r>
            <w:hyperlink r:id="rId26">
              <w:r>
                <w:rPr>
                  <w:rFonts w:ascii="Times New Roman" w:hAnsi="Times New Roman"/>
                  <w:sz w:val="24"/>
                  <w:color w:val="1F4E79"/>
                  <w:u w:val="single"/>
                </w:rPr>
                <w:t>ASCA Mindsets and Behaviors</w:t>
              </w:r>
            </w:hyperlink>
            <w:r>
              <w:rPr>
                <w:rFonts w:ascii="Times New Roman" w:hAnsi="Times New Roman"/>
                <w:b w:val="0"/>
                <w:i w:val="0"/>
                <w:color w:val="0E2243"/>
                <w:sz w:val="24"/>
                <w:spacing w:val="0"/>
              </w:rPr>
              <w:t xml:space="preserve">; </w:t>
            </w:r>
            <w:hyperlink r:id="rId13">
              <w:r>
                <w:rPr>
                  <w:rFonts w:ascii="Times New Roman" w:hAnsi="Times New Roman"/>
                  <w:sz w:val="24"/>
                  <w:color w:val="1F4E79"/>
                  <w:u w:val="single"/>
                </w:rPr>
                <w:t>Pennsylvania Career Ready Skills Toolkit</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the Building Should Implement</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6-8 adult practice guide for advisory, career exploration, student conferences, project management, and transition support.</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calibration process for advisory artifacts, career reflections, portfolios, project work, and student support responses.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coaching or peer observation routine focused on advisory practice, student voice, and project management.</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team evidence review process that connects adult practice to student belonging, exploration, participation, and transition readiness.</w:t>
            </w:r>
          </w:p>
          <w:p>
            <w:pPr>
              <w:spacing w:before="100" w:after="0" w:line="259" w:lineRule="auto"/>
            </w:pPr>
            <w:r>
              <w:rPr>
                <w:rFonts w:ascii="Times New Roman" w:hAnsi="Times New Roman"/>
                <w:b/>
                <w:i w:val="0"/>
                <w:color w:val="1B4F46"/>
                <w:sz w:val="24"/>
                <w:spacing w:val="0"/>
              </w:rPr>
              <w:t xml:space="preserve">Resources: </w:t>
            </w:r>
            <w:hyperlink r:id="rId14">
              <w:r>
                <w:rPr>
                  <w:rFonts w:ascii="Times New Roman" w:hAnsi="Times New Roman"/>
                  <w:sz w:val="24"/>
                  <w:color w:val="1F4E79"/>
                  <w:u w:val="single"/>
                </w:rPr>
                <w:t>Learning Policy Institute: Effective Teacher Professional Development</w:t>
              </w:r>
            </w:hyperlink>
            <w:r>
              <w:rPr>
                <w:rFonts w:ascii="Times New Roman" w:hAnsi="Times New Roman"/>
                <w:b w:val="0"/>
                <w:i w:val="0"/>
                <w:color w:val="0E2243"/>
                <w:sz w:val="24"/>
                <w:spacing w:val="0"/>
              </w:rPr>
              <w:t xml:space="preserve">; </w:t>
            </w:r>
            <w:hyperlink r:id="rId25">
              <w:r>
                <w:rPr>
                  <w:rFonts w:ascii="Times New Roman" w:hAnsi="Times New Roman"/>
                  <w:sz w:val="24"/>
                  <w:color w:val="1F4E79"/>
                  <w:u w:val="single"/>
                </w:rPr>
                <w:t>Ohio Career Connections Framework</w:t>
              </w:r>
            </w:hyperlink>
            <w:r>
              <w:rPr>
                <w:rFonts w:ascii="Times New Roman" w:hAnsi="Times New Roman"/>
                <w:b w:val="0"/>
                <w:i w:val="0"/>
                <w:color w:val="0E2243"/>
                <w:sz w:val="24"/>
                <w:spacing w:val="0"/>
              </w:rPr>
              <w:t xml:space="preserve">; </w:t>
            </w:r>
            <w:hyperlink r:id="rId22">
              <w:r>
                <w:rPr>
                  <w:rFonts w:ascii="Times New Roman" w:hAnsi="Times New Roman"/>
                  <w:sz w:val="24"/>
                  <w:color w:val="1F4E79"/>
                  <w:u w:val="single"/>
                </w:rPr>
                <w:t>PBLWorks: Rubrics and Teacher Resources</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Implementation Examples</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Advisory practice calibration: teams review sample advisory lessons, student reflections, and conference notes for consistency and quality.</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Career exploration routine review: teachers and counselors check whether students complete inventories, research, reflection, and next-step conversations.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 conference protocol: adults use common prompts to discuss goals, belonging, stress, grades, interests, support needs, and next actions.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Project management walkthrough: staff observe whether students use roles, timelines, feedback, revision, and source evaluation.</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Transition message alignment: staff agree on common language for course choices, activities, support-seeking, and high school readiness.</w:t>
            </w:r>
          </w:p>
          <w:p>
            <w:pPr>
              <w:spacing w:before="100" w:after="0" w:line="259" w:lineRule="auto"/>
            </w:pPr>
            <w:r>
              <w:rPr>
                <w:rFonts w:ascii="Times New Roman" w:hAnsi="Times New Roman"/>
                <w:b/>
                <w:i w:val="0"/>
                <w:color w:val="1B4F46"/>
                <w:sz w:val="24"/>
                <w:spacing w:val="0"/>
              </w:rPr>
              <w:t xml:space="preserve">Resources: </w:t>
            </w:r>
            <w:hyperlink r:id="rId27">
              <w:r>
                <w:rPr>
                  <w:rFonts w:ascii="Times New Roman" w:hAnsi="Times New Roman"/>
                  <w:sz w:val="24"/>
                  <w:color w:val="1F4E79"/>
                  <w:u w:val="single"/>
                </w:rPr>
                <w:t>My Next Move: O*NET Interest Profiler</w:t>
              </w:r>
            </w:hyperlink>
            <w:r>
              <w:rPr>
                <w:rFonts w:ascii="Times New Roman" w:hAnsi="Times New Roman"/>
                <w:b w:val="0"/>
                <w:i w:val="0"/>
                <w:color w:val="0E2243"/>
                <w:sz w:val="24"/>
                <w:spacing w:val="0"/>
              </w:rPr>
              <w:t xml:space="preserve">; </w:t>
            </w:r>
            <w:hyperlink r:id="rId28">
              <w:r>
                <w:rPr>
                  <w:rFonts w:ascii="Times New Roman" w:hAnsi="Times New Roman"/>
                  <w:sz w:val="24"/>
                  <w:color w:val="1F4E79"/>
                  <w:u w:val="single"/>
                </w:rPr>
                <w:t>CareerOneStop Career Videos</w:t>
              </w:r>
            </w:hyperlink>
            <w:r>
              <w:rPr>
                <w:rFonts w:ascii="Times New Roman" w:hAnsi="Times New Roman"/>
                <w:b w:val="0"/>
                <w:i w:val="0"/>
                <w:color w:val="0E2243"/>
                <w:sz w:val="24"/>
                <w:spacing w:val="0"/>
              </w:rPr>
              <w:t xml:space="preserve">; </w:t>
            </w:r>
            <w:hyperlink r:id="rId29">
              <w:r>
                <w:rPr>
                  <w:rFonts w:ascii="Times New Roman" w:hAnsi="Times New Roman"/>
                  <w:sz w:val="24"/>
                  <w:color w:val="1F4E79"/>
                  <w:u w:val="single"/>
                </w:rPr>
                <w:t>Google Applied Digital Skills</w:t>
              </w:r>
            </w:hyperlink>
            <w:r>
              <w:rPr>
                <w:rFonts w:ascii="Times New Roman" w:hAnsi="Times New Roman"/>
                <w:b w:val="0"/>
                <w:i w:val="0"/>
                <w:color w:val="0E2243"/>
                <w:sz w:val="24"/>
                <w:spacing w:val="0"/>
              </w:rPr>
              <w:t xml:space="preserve">; </w:t>
            </w:r>
            <w:hyperlink r:id="rId13">
              <w:r>
                <w:rPr>
                  <w:rFonts w:ascii="Times New Roman" w:hAnsi="Times New Roman"/>
                  <w:sz w:val="24"/>
                  <w:color w:val="1F4E79"/>
                  <w:u w:val="single"/>
                </w:rPr>
                <w:t>Pennsylvania Career Ready Skills Toolkit</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Evidence to Monitor</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Advisory plans, student conference notes, career reflections, portfolio artifacts, project evidence, and transition materials.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Coaching notes, peer observation notes, PLC records, team meeting notes, and adult practice checklists.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Participation in advising, career exploration, activities, support services, advanced learning, and transition events reviewed by subgroup.</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 voice data on belonging, adult support, future direction, self-advocacy, and readiness for high school.</w:t>
            </w:r>
          </w:p>
          <w:p>
            <w:pPr>
              <w:spacing w:before="100" w:after="0" w:line="259" w:lineRule="auto"/>
            </w:pPr>
            <w:r>
              <w:rPr>
                <w:rFonts w:ascii="Times New Roman" w:hAnsi="Times New Roman"/>
                <w:b/>
                <w:i w:val="0"/>
                <w:color w:val="1B4F46"/>
                <w:sz w:val="24"/>
                <w:spacing w:val="0"/>
              </w:rPr>
              <w:t xml:space="preserve">Resources: </w:t>
            </w:r>
            <w:hyperlink r:id="rId14">
              <w:r>
                <w:rPr>
                  <w:rFonts w:ascii="Times New Roman" w:hAnsi="Times New Roman"/>
                  <w:sz w:val="24"/>
                  <w:color w:val="1F4E79"/>
                  <w:u w:val="single"/>
                </w:rPr>
                <w:t>Learning Policy Institute: Effective Teacher Professional Development</w:t>
              </w:r>
            </w:hyperlink>
            <w:r>
              <w:rPr>
                <w:rFonts w:ascii="Times New Roman" w:hAnsi="Times New Roman"/>
                <w:b w:val="0"/>
                <w:i w:val="0"/>
                <w:color w:val="0E2243"/>
                <w:sz w:val="24"/>
                <w:spacing w:val="0"/>
              </w:rPr>
              <w:t xml:space="preserve">; </w:t>
            </w:r>
            <w:hyperlink r:id="rId18">
              <w:r>
                <w:rPr>
                  <w:rFonts w:ascii="Times New Roman" w:hAnsi="Times New Roman"/>
                  <w:sz w:val="24"/>
                  <w:color w:val="1F4E79"/>
                  <w:u w:val="single"/>
                </w:rPr>
                <w:t>PERTS: Student Belonging</w:t>
              </w:r>
            </w:hyperlink>
            <w:r>
              <w:rPr>
                <w:rFonts w:ascii="Times New Roman" w:hAnsi="Times New Roman"/>
                <w:b w:val="0"/>
                <w:i w:val="0"/>
                <w:color w:val="0E2243"/>
                <w:sz w:val="24"/>
                <w:spacing w:val="0"/>
              </w:rPr>
              <w:t xml:space="preserve">; </w:t>
            </w:r>
            <w:hyperlink r:id="rId26">
              <w:r>
                <w:rPr>
                  <w:rFonts w:ascii="Times New Roman" w:hAnsi="Times New Roman"/>
                  <w:sz w:val="24"/>
                  <w:color w:val="1F4E79"/>
                  <w:u w:val="single"/>
                </w:rPr>
                <w:t>ASCA Mindsets and Behaviors</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the Building Team Should Produce</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6-8 adult practice map for advisory, career exploration, project management, and transition support.</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calibration routine for advisory, career, portfolio, and project artifacts.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professional learning or coaching cycle tied to consistent middle-level readiness practices.</w:t>
            </w:r>
          </w:p>
          <w:p>
            <w:pPr>
              <w:spacing w:before="100" w:after="0" w:line="259" w:lineRule="auto"/>
            </w:pPr>
            <w:r>
              <w:rPr>
                <w:rFonts w:ascii="Times New Roman" w:hAnsi="Times New Roman"/>
                <w:b/>
                <w:i w:val="0"/>
                <w:color w:val="1B4F46"/>
                <w:sz w:val="24"/>
                <w:spacing w:val="0"/>
              </w:rPr>
              <w:t xml:space="preserve">Resources: </w:t>
            </w:r>
            <w:hyperlink r:id="rId12">
              <w:r>
                <w:rPr>
                  <w:rFonts w:ascii="Times New Roman" w:hAnsi="Times New Roman"/>
                  <w:sz w:val="24"/>
                  <w:color w:val="1F4E79"/>
                  <w:u w:val="single"/>
                </w:rPr>
                <w:t>Learning Forward: Standards for Professional Learning</w:t>
              </w:r>
            </w:hyperlink>
            <w:r>
              <w:rPr>
                <w:rFonts w:ascii="Times New Roman" w:hAnsi="Times New Roman"/>
                <w:b w:val="0"/>
                <w:i w:val="0"/>
                <w:color w:val="0E2243"/>
                <w:sz w:val="24"/>
                <w:spacing w:val="0"/>
              </w:rPr>
              <w:t xml:space="preserve">; </w:t>
            </w:r>
            <w:hyperlink r:id="rId25">
              <w:r>
                <w:rPr>
                  <w:rFonts w:ascii="Times New Roman" w:hAnsi="Times New Roman"/>
                  <w:sz w:val="24"/>
                  <w:color w:val="1F4E79"/>
                  <w:u w:val="single"/>
                </w:rPr>
                <w:t>Ohio Career Connections Framework</w:t>
              </w:r>
            </w:hyperlink>
          </w:p>
        </w:tc>
      </w:tr>
    </w:tbl>
    <w:p>
      <w:pPr>
        <w:spacing w:before="20" w:after="120" w:line="259" w:lineRule="auto"/>
      </w:pPr>
      <w:r>
        <w:rPr>
          <w:rFonts w:ascii="Times New Roman" w:hAnsi="Times New Roman"/>
          <w:b w:val="0"/>
          <w:i w:val="0"/>
          <w:color w:val="0E2243"/>
          <w:sz w:val="24"/>
          <w:spacing w:val="0"/>
        </w:rPr>
      </w:r>
    </w:p>
    <w:p>
      <w:pPr>
        <w:spacing w:before="40" w:after="80" w:line="259" w:lineRule="auto"/>
        <w:jc w:val="center"/>
      </w:pPr>
      <w:r>
        <w:rPr>
          <w:rFonts w:ascii="Times New Roman" w:hAnsi="Times New Roman"/>
          <w:b/>
          <w:i w:val="0"/>
          <w:color w:val="1B4F46"/>
          <w:sz w:val="24"/>
          <w:spacing w:val="0"/>
        </w:rPr>
        <w:t>Grades 6-8: Building Team Planning Response</w:t>
      </w:r>
    </w:p>
    <w:tbl>
      <w:tblPr>
        <w:tblStyle w:val="TableGrid"/>
        <w:tblW w:type="dxa" w:w="10080"/>
        <w:tblLook w:firstColumn="1" w:firstRow="1" w:lastColumn="0" w:lastRow="0" w:noHBand="0" w:noVBand="1" w:val="04A0"/>
        <w:tblLayout w:type="fixed"/>
      </w:tblPr>
      <w:tblGrid>
        <w:gridCol w:w="2520"/>
        <w:gridCol w:w="2520"/>
        <w:gridCol w:w="2520"/>
        <w:gridCol w:w="2520"/>
      </w:tblGrid>
      <w:tr>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What will we implement?</w:t>
            </w:r>
          </w:p>
        </w:tc>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Who will lead the first actions?</w:t>
            </w:r>
          </w:p>
        </w:tc>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What evidence will we monitor?</w:t>
            </w:r>
          </w:p>
        </w:tc>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What support do we need?</w:t>
            </w:r>
          </w:p>
        </w:tc>
      </w:tr>
      <w:tr>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r>
    </w:tbl>
    <w:p>
      <w:pPr>
        <w:spacing w:before="20" w:after="160" w:line="259" w:lineRule="auto"/>
      </w:pPr>
      <w:r>
        <w:rPr>
          <w:rFonts w:ascii="Times New Roman" w:hAnsi="Times New Roman"/>
          <w:b w:val="0"/>
          <w:i w:val="0"/>
          <w:color w:val="0E2243"/>
          <w:sz w:val="24"/>
          <w:spacing w:val="0"/>
        </w:rPr>
      </w:r>
    </w:p>
    <w:p>
      <w:pPr>
        <w:spacing w:before="240" w:after="40" w:line="259" w:lineRule="auto"/>
      </w:pPr>
      <w:r>
        <w:rPr>
          <w:rFonts w:ascii="Times New Roman" w:hAnsi="Times New Roman"/>
          <w:b/>
          <w:i w:val="0"/>
          <w:color w:val="0E2243"/>
          <w:sz w:val="28"/>
          <w:spacing w:val="0"/>
        </w:rPr>
        <w:t>Grades 9-10</w:t>
      </w:r>
    </w:p>
    <w:p>
      <w:pPr>
        <w:spacing w:before="0" w:after="100" w:line="259" w:lineRule="auto"/>
      </w:pPr>
      <w:r>
        <w:rPr>
          <w:rFonts w:ascii="Times New Roman" w:hAnsi="Times New Roman"/>
          <w:b w:val="0"/>
          <w:i/>
          <w:color w:val="1B4F46"/>
          <w:sz w:val="24"/>
          <w:spacing w:val="0"/>
        </w:rPr>
        <w:t>Build adult consistency around high school transition, rigorous coursework, pathway advising, engagement, early warning supports, and re-engagement.</w:t>
      </w:r>
    </w:p>
    <w:tbl>
      <w:tblPr>
        <w:tblStyle w:val="TableGrid"/>
        <w:tblW w:type="dxa" w:w="10080"/>
        <w:tblLook w:firstColumn="1" w:firstRow="1" w:lastColumn="0" w:lastRow="0" w:noHBand="0" w:noVBand="1" w:val="04A0"/>
        <w:tblLayout w:type="fixed"/>
      </w:tblPr>
      <w:tblGrid>
        <w:gridCol w:w="3200"/>
        <w:gridCol w:w="6880"/>
      </w:tblGrid>
      <w:tr>
        <w:tc>
          <w:tcPr>
            <w:tcW w:type="dxa" w:w="3200"/>
            <w:shd w:fill="1B4F46"/>
            <w:tcBorders>
              <w:top w:val="single" w:sz="8" w:space="0" w:color="1B4F46"/>
              <w:left w:val="single" w:sz="8" w:space="0" w:color="1B4F46"/>
              <w:bottom w:val="single" w:sz="8" w:space="0" w:color="1B4F46"/>
              <w:right w:val="single" w:sz="8" w:space="0" w:color="1B4F46"/>
            </w:tcBorders>
            <w:tcMar>
              <w:top w:w="125" w:type="dxa"/>
              <w:start w:w="145" w:type="dxa"/>
              <w:bottom w:w="125" w:type="dxa"/>
              <w:end w:w="145" w:type="dxa"/>
            </w:tcMar>
          </w:tcPr>
          <w:p>
            <w:pPr>
              <w:spacing w:before="20" w:after="60" w:line="259" w:lineRule="auto"/>
              <w:jc w:val="center"/>
            </w:pPr>
            <w:r>
              <w:rPr>
                <w:rFonts w:ascii="Times New Roman" w:hAnsi="Times New Roman"/>
                <w:b/>
                <w:i w:val="0"/>
                <w:color w:val="FFFFFF"/>
                <w:sz w:val="24"/>
                <w:spacing w:val="0"/>
              </w:rPr>
              <w:t>Component</w:t>
            </w:r>
          </w:p>
        </w:tc>
        <w:tc>
          <w:tcPr>
            <w:tcW w:type="dxa" w:w="6880"/>
            <w:shd w:fill="1B4F46"/>
            <w:tcBorders>
              <w:top w:val="single" w:sz="8" w:space="0" w:color="1B4F46"/>
              <w:left w:val="single" w:sz="8" w:space="0" w:color="1B4F46"/>
              <w:bottom w:val="single" w:sz="8" w:space="0" w:color="1B4F46"/>
              <w:right w:val="single" w:sz="8" w:space="0" w:color="1B4F46"/>
            </w:tcBorders>
            <w:tcMar>
              <w:top w:w="125" w:type="dxa"/>
              <w:start w:w="145" w:type="dxa"/>
              <w:bottom w:w="125" w:type="dxa"/>
              <w:end w:w="145" w:type="dxa"/>
            </w:tcMar>
          </w:tcPr>
          <w:p>
            <w:pPr>
              <w:spacing w:before="20" w:after="60" w:line="259" w:lineRule="auto"/>
              <w:jc w:val="center"/>
            </w:pPr>
            <w:r>
              <w:rPr>
                <w:rFonts w:ascii="Times New Roman" w:hAnsi="Times New Roman"/>
                <w:b/>
                <w:i w:val="0"/>
                <w:color w:val="FFFFFF"/>
                <w:sz w:val="24"/>
                <w:spacing w:val="0"/>
              </w:rPr>
              <w:t>Building Guidance</w:t>
            </w:r>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Students Should Experience</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experience consistent advising, transition support, rigorous-course support, pathway entry guidance, and engagement routines.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receive similar messages about graduation requirements, course choices, pathways, support options, activities, and future planning.</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entering challenging courses or pathways receive active support rather than being left to succeed or fail on their own.</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experience timely adult response when attendance, credits, grades, behavior, belonging, or stress indicators show concern.</w:t>
            </w:r>
          </w:p>
          <w:p>
            <w:pPr>
              <w:spacing w:before="100" w:after="0" w:line="259" w:lineRule="auto"/>
            </w:pPr>
            <w:r>
              <w:rPr>
                <w:rFonts w:ascii="Times New Roman" w:hAnsi="Times New Roman"/>
                <w:b/>
                <w:i w:val="0"/>
                <w:color w:val="1B4F46"/>
                <w:sz w:val="24"/>
                <w:spacing w:val="0"/>
              </w:rPr>
              <w:t xml:space="preserve">Resources: </w:t>
            </w:r>
            <w:hyperlink r:id="rId26">
              <w:r>
                <w:rPr>
                  <w:rFonts w:ascii="Times New Roman" w:hAnsi="Times New Roman"/>
                  <w:sz w:val="24"/>
                  <w:color w:val="1F4E79"/>
                  <w:u w:val="single"/>
                </w:rPr>
                <w:t>ASCA Mindsets and Behaviors</w:t>
              </w:r>
            </w:hyperlink>
            <w:r>
              <w:rPr>
                <w:rFonts w:ascii="Times New Roman" w:hAnsi="Times New Roman"/>
                <w:b w:val="0"/>
                <w:i w:val="0"/>
                <w:color w:val="0E2243"/>
                <w:sz w:val="24"/>
                <w:spacing w:val="0"/>
              </w:rPr>
              <w:t xml:space="preserve">; </w:t>
            </w:r>
            <w:hyperlink r:id="rId30">
              <w:r>
                <w:rPr>
                  <w:rFonts w:ascii="Times New Roman" w:hAnsi="Times New Roman"/>
                  <w:sz w:val="24"/>
                  <w:color w:val="1F4E79"/>
                  <w:u w:val="single"/>
                </w:rPr>
                <w:t>Education Trust: Inequities in Advanced Coursework</w:t>
              </w:r>
            </w:hyperlink>
            <w:r>
              <w:rPr>
                <w:rFonts w:ascii="Times New Roman" w:hAnsi="Times New Roman"/>
                <w:b w:val="0"/>
                <w:i w:val="0"/>
                <w:color w:val="0E2243"/>
                <w:sz w:val="24"/>
                <w:spacing w:val="0"/>
              </w:rPr>
              <w:t xml:space="preserve">; </w:t>
            </w:r>
            <w:hyperlink r:id="rId9">
              <w:r>
                <w:rPr>
                  <w:rFonts w:ascii="Times New Roman" w:hAnsi="Times New Roman"/>
                  <w:sz w:val="24"/>
                  <w:color w:val="1F4E79"/>
                  <w:u w:val="single"/>
                </w:rPr>
                <w:t>CAST UDL Guidelines</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Adults Should Do</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Use shared advising, transition, early warning, pathway access, rigorous-course support, and re-engagement routines.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Calibrate expectations for advising conversations, support plans, course/pathway recommendations, and student-success team follow-up.</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Review adult practice evidence, including who receives encouragement, outreach, support, feedback, and follow-up.</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Coordinate teachers, counselors, administrators, families, support staff, and activity sponsors around student engagement and persistence.</w:t>
            </w:r>
          </w:p>
          <w:p>
            <w:pPr>
              <w:spacing w:before="100" w:after="0" w:line="259" w:lineRule="auto"/>
            </w:pPr>
            <w:r>
              <w:rPr>
                <w:rFonts w:ascii="Times New Roman" w:hAnsi="Times New Roman"/>
                <w:b/>
                <w:i w:val="0"/>
                <w:color w:val="1B4F46"/>
                <w:sz w:val="24"/>
                <w:spacing w:val="0"/>
              </w:rPr>
              <w:t xml:space="preserve">Resources: </w:t>
            </w:r>
            <w:hyperlink r:id="rId12">
              <w:r>
                <w:rPr>
                  <w:rFonts w:ascii="Times New Roman" w:hAnsi="Times New Roman"/>
                  <w:sz w:val="24"/>
                  <w:color w:val="1F4E79"/>
                  <w:u w:val="single"/>
                </w:rPr>
                <w:t>Learning Forward: Standards for Professional Learning</w:t>
              </w:r>
            </w:hyperlink>
            <w:r>
              <w:rPr>
                <w:rFonts w:ascii="Times New Roman" w:hAnsi="Times New Roman"/>
                <w:b w:val="0"/>
                <w:i w:val="0"/>
                <w:color w:val="0E2243"/>
                <w:sz w:val="24"/>
                <w:spacing w:val="0"/>
              </w:rPr>
              <w:t xml:space="preserve">; </w:t>
            </w:r>
            <w:hyperlink r:id="rId14">
              <w:r>
                <w:rPr>
                  <w:rFonts w:ascii="Times New Roman" w:hAnsi="Times New Roman"/>
                  <w:sz w:val="24"/>
                  <w:color w:val="1F4E79"/>
                  <w:u w:val="single"/>
                </w:rPr>
                <w:t>Learning Policy Institute: Effective Teacher Professional Development</w:t>
              </w:r>
            </w:hyperlink>
            <w:r>
              <w:rPr>
                <w:rFonts w:ascii="Times New Roman" w:hAnsi="Times New Roman"/>
                <w:b w:val="0"/>
                <w:i w:val="0"/>
                <w:color w:val="0E2243"/>
                <w:sz w:val="24"/>
                <w:spacing w:val="0"/>
              </w:rPr>
              <w:t xml:space="preserve">; </w:t>
            </w:r>
            <w:hyperlink r:id="rId26">
              <w:r>
                <w:rPr>
                  <w:rFonts w:ascii="Times New Roman" w:hAnsi="Times New Roman"/>
                  <w:sz w:val="24"/>
                  <w:color w:val="1F4E79"/>
                  <w:u w:val="single"/>
                </w:rPr>
                <w:t>ASCA Mindsets and Behaviors</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the Building Should Implement</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grade 9-10 adult practice guide for transition, advising, rigorous-course support, pathway access, early warning, and re-engagement.</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student-success team routine that includes adult practice evidence as well as student outcome data.</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coaching or calibration process for advising conversations, support plans, and re-engagement routines.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participation and support review process that identifies whether adult practice is consistent across teams and student groups.</w:t>
            </w:r>
          </w:p>
          <w:p>
            <w:pPr>
              <w:spacing w:before="100" w:after="0" w:line="259" w:lineRule="auto"/>
            </w:pPr>
            <w:r>
              <w:rPr>
                <w:rFonts w:ascii="Times New Roman" w:hAnsi="Times New Roman"/>
                <w:b/>
                <w:i w:val="0"/>
                <w:color w:val="1B4F46"/>
                <w:sz w:val="24"/>
                <w:spacing w:val="0"/>
              </w:rPr>
              <w:t xml:space="preserve">Resources: </w:t>
            </w:r>
            <w:hyperlink r:id="rId14">
              <w:r>
                <w:rPr>
                  <w:rFonts w:ascii="Times New Roman" w:hAnsi="Times New Roman"/>
                  <w:sz w:val="24"/>
                  <w:color w:val="1F4E79"/>
                  <w:u w:val="single"/>
                </w:rPr>
                <w:t>Learning Policy Institute: Effective Teacher Professional Development</w:t>
              </w:r>
            </w:hyperlink>
            <w:r>
              <w:rPr>
                <w:rFonts w:ascii="Times New Roman" w:hAnsi="Times New Roman"/>
                <w:b w:val="0"/>
                <w:i w:val="0"/>
                <w:color w:val="0E2243"/>
                <w:sz w:val="24"/>
                <w:spacing w:val="0"/>
              </w:rPr>
              <w:t xml:space="preserve">; </w:t>
            </w:r>
            <w:hyperlink r:id="rId31">
              <w:r>
                <w:rPr>
                  <w:rFonts w:ascii="Times New Roman" w:hAnsi="Times New Roman"/>
                  <w:sz w:val="24"/>
                  <w:color w:val="1F4E79"/>
                  <w:u w:val="single"/>
                </w:rPr>
                <w:t>IES REL Central: Individual Plans of Study Tip Sheet</w:t>
              </w:r>
            </w:hyperlink>
            <w:r>
              <w:rPr>
                <w:rFonts w:ascii="Times New Roman" w:hAnsi="Times New Roman"/>
                <w:b w:val="0"/>
                <w:i w:val="0"/>
                <w:color w:val="0E2243"/>
                <w:sz w:val="24"/>
                <w:spacing w:val="0"/>
              </w:rPr>
              <w:t xml:space="preserve">; </w:t>
            </w:r>
            <w:hyperlink r:id="rId32">
              <w:r>
                <w:rPr>
                  <w:rFonts w:ascii="Times New Roman" w:hAnsi="Times New Roman"/>
                  <w:sz w:val="24"/>
                  <w:color w:val="1F4E79"/>
                  <w:u w:val="single"/>
                </w:rPr>
                <w:t>Federal Student Aid: Prepare for College</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Implementation Examples</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Advising conversation calibration: staff compare sample conference notes and align on what students should understand after the meeting.</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Rigorous-course support review: teams check whether students in advanced or pathway courses receive study routines, tutoring, feedback, and check-ins.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Early warning adult response audit: teams review whether concerns led to specific adult action, family contact, support, and follow-up.</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Pathway recommendation review: staff examine whether recommendations and encouragement are consistent across student groups.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Re-engagement practice walkthrough: staff review how students returning from absence, discipline, or academic difficulty are welcomed back into learning.</w:t>
            </w:r>
          </w:p>
          <w:p>
            <w:pPr>
              <w:spacing w:before="100" w:after="0" w:line="259" w:lineRule="auto"/>
            </w:pPr>
            <w:r>
              <w:rPr>
                <w:rFonts w:ascii="Times New Roman" w:hAnsi="Times New Roman"/>
                <w:b/>
                <w:i w:val="0"/>
                <w:color w:val="1B4F46"/>
                <w:sz w:val="24"/>
                <w:spacing w:val="0"/>
              </w:rPr>
              <w:t xml:space="preserve">Resources: </w:t>
            </w:r>
            <w:hyperlink r:id="rId33">
              <w:r>
                <w:rPr>
                  <w:rFonts w:ascii="Times New Roman" w:hAnsi="Times New Roman"/>
                  <w:sz w:val="24"/>
                  <w:color w:val="1F4E79"/>
                  <w:u w:val="single"/>
                </w:rPr>
                <w:t>FCPS: High School Academic and Career Plan</w:t>
              </w:r>
            </w:hyperlink>
            <w:r>
              <w:rPr>
                <w:rFonts w:ascii="Times New Roman" w:hAnsi="Times New Roman"/>
                <w:b w:val="0"/>
                <w:i w:val="0"/>
                <w:color w:val="0E2243"/>
                <w:sz w:val="24"/>
                <w:spacing w:val="0"/>
              </w:rPr>
              <w:t xml:space="preserve">; </w:t>
            </w:r>
            <w:hyperlink r:id="rId29">
              <w:r>
                <w:rPr>
                  <w:rFonts w:ascii="Times New Roman" w:hAnsi="Times New Roman"/>
                  <w:sz w:val="24"/>
                  <w:color w:val="1F4E79"/>
                  <w:u w:val="single"/>
                </w:rPr>
                <w:t>Google Applied Digital Skills</w:t>
              </w:r>
            </w:hyperlink>
            <w:r>
              <w:rPr>
                <w:rFonts w:ascii="Times New Roman" w:hAnsi="Times New Roman"/>
                <w:b w:val="0"/>
                <w:i w:val="0"/>
                <w:color w:val="0E2243"/>
                <w:sz w:val="24"/>
                <w:spacing w:val="0"/>
              </w:rPr>
              <w:t xml:space="preserve">; </w:t>
            </w:r>
            <w:hyperlink r:id="rId13">
              <w:r>
                <w:rPr>
                  <w:rFonts w:ascii="Times New Roman" w:hAnsi="Times New Roman"/>
                  <w:sz w:val="24"/>
                  <w:color w:val="1F4E79"/>
                  <w:u w:val="single"/>
                </w:rPr>
                <w:t>Pennsylvania Career Ready Skills Toolkit</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Evidence to Monitor</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Advising notes, support plans, student-success team records, early warning responses, pathway recommendations, and re-engagement plans.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Coaching notes, PLC records, peer observation notes, student conference artifacts, and professional learning participation.</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 data on course access, credits, grades, attendance, discipline, activity connection, support use, and belonging by subgroup.</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 and family feedback about clarity, encouragement, support, and consistency of adult guidance.</w:t>
            </w:r>
          </w:p>
          <w:p>
            <w:pPr>
              <w:spacing w:before="100" w:after="0" w:line="259" w:lineRule="auto"/>
            </w:pPr>
            <w:r>
              <w:rPr>
                <w:rFonts w:ascii="Times New Roman" w:hAnsi="Times New Roman"/>
                <w:b/>
                <w:i w:val="0"/>
                <w:color w:val="1B4F46"/>
                <w:sz w:val="24"/>
                <w:spacing w:val="0"/>
              </w:rPr>
              <w:t xml:space="preserve">Resources: </w:t>
            </w:r>
            <w:hyperlink r:id="rId30">
              <w:r>
                <w:rPr>
                  <w:rFonts w:ascii="Times New Roman" w:hAnsi="Times New Roman"/>
                  <w:sz w:val="24"/>
                  <w:color w:val="1F4E79"/>
                  <w:u w:val="single"/>
                </w:rPr>
                <w:t>Education Trust: Inequities in Advanced Coursework</w:t>
              </w:r>
            </w:hyperlink>
            <w:r>
              <w:rPr>
                <w:rFonts w:ascii="Times New Roman" w:hAnsi="Times New Roman"/>
                <w:b w:val="0"/>
                <w:i w:val="0"/>
                <w:color w:val="0E2243"/>
                <w:sz w:val="24"/>
                <w:spacing w:val="0"/>
              </w:rPr>
              <w:t xml:space="preserve">; </w:t>
            </w:r>
            <w:hyperlink r:id="rId19">
              <w:r>
                <w:rPr>
                  <w:rFonts w:ascii="Times New Roman" w:hAnsi="Times New Roman"/>
                  <w:sz w:val="24"/>
                  <w:color w:val="1F4E79"/>
                  <w:u w:val="single"/>
                </w:rPr>
                <w:t>Attendance Works: Resources</w:t>
              </w:r>
            </w:hyperlink>
            <w:r>
              <w:rPr>
                <w:rFonts w:ascii="Times New Roman" w:hAnsi="Times New Roman"/>
                <w:b w:val="0"/>
                <w:i w:val="0"/>
                <w:color w:val="0E2243"/>
                <w:sz w:val="24"/>
                <w:spacing w:val="0"/>
              </w:rPr>
              <w:t xml:space="preserve">; </w:t>
            </w:r>
            <w:hyperlink r:id="rId14">
              <w:r>
                <w:rPr>
                  <w:rFonts w:ascii="Times New Roman" w:hAnsi="Times New Roman"/>
                  <w:sz w:val="24"/>
                  <w:color w:val="1F4E79"/>
                  <w:u w:val="single"/>
                </w:rPr>
                <w:t>Learning Policy Institute: Effective Teacher Professional Development</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the Building Team Should Produce</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grade 9-10 adult practice map for advising, transition, rigorous-course support, early warning, and re-engagement.</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calibration routine for advising, support plans, and student-success team follow-up.</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professional learning or coaching cycle tied to consistent high school transition and pathway practices.</w:t>
            </w:r>
          </w:p>
          <w:p>
            <w:pPr>
              <w:spacing w:before="100" w:after="0" w:line="259" w:lineRule="auto"/>
            </w:pPr>
            <w:r>
              <w:rPr>
                <w:rFonts w:ascii="Times New Roman" w:hAnsi="Times New Roman"/>
                <w:b/>
                <w:i w:val="0"/>
                <w:color w:val="1B4F46"/>
                <w:sz w:val="24"/>
                <w:spacing w:val="0"/>
              </w:rPr>
              <w:t xml:space="preserve">Resources: </w:t>
            </w:r>
            <w:hyperlink r:id="rId12">
              <w:r>
                <w:rPr>
                  <w:rFonts w:ascii="Times New Roman" w:hAnsi="Times New Roman"/>
                  <w:sz w:val="24"/>
                  <w:color w:val="1F4E79"/>
                  <w:u w:val="single"/>
                </w:rPr>
                <w:t>Learning Forward: Standards for Professional Learning</w:t>
              </w:r>
            </w:hyperlink>
            <w:r>
              <w:rPr>
                <w:rFonts w:ascii="Times New Roman" w:hAnsi="Times New Roman"/>
                <w:b w:val="0"/>
                <w:i w:val="0"/>
                <w:color w:val="0E2243"/>
                <w:sz w:val="24"/>
                <w:spacing w:val="0"/>
              </w:rPr>
              <w:t xml:space="preserve">; </w:t>
            </w:r>
            <w:hyperlink r:id="rId26">
              <w:r>
                <w:rPr>
                  <w:rFonts w:ascii="Times New Roman" w:hAnsi="Times New Roman"/>
                  <w:sz w:val="24"/>
                  <w:color w:val="1F4E79"/>
                  <w:u w:val="single"/>
                </w:rPr>
                <w:t>ASCA Mindsets and Behaviors</w:t>
              </w:r>
            </w:hyperlink>
          </w:p>
        </w:tc>
      </w:tr>
    </w:tbl>
    <w:p>
      <w:pPr>
        <w:spacing w:before="20" w:after="120" w:line="259" w:lineRule="auto"/>
      </w:pPr>
      <w:r>
        <w:rPr>
          <w:rFonts w:ascii="Times New Roman" w:hAnsi="Times New Roman"/>
          <w:b w:val="0"/>
          <w:i w:val="0"/>
          <w:color w:val="0E2243"/>
          <w:sz w:val="24"/>
          <w:spacing w:val="0"/>
        </w:rPr>
      </w:r>
    </w:p>
    <w:p>
      <w:pPr>
        <w:spacing w:before="40" w:after="80" w:line="259" w:lineRule="auto"/>
        <w:jc w:val="center"/>
      </w:pPr>
      <w:r>
        <w:rPr>
          <w:rFonts w:ascii="Times New Roman" w:hAnsi="Times New Roman"/>
          <w:b/>
          <w:i w:val="0"/>
          <w:color w:val="1B4F46"/>
          <w:sz w:val="24"/>
          <w:spacing w:val="0"/>
        </w:rPr>
        <w:t>Grades 9-10: Building Team Planning Response</w:t>
      </w:r>
    </w:p>
    <w:tbl>
      <w:tblPr>
        <w:tblStyle w:val="TableGrid"/>
        <w:tblW w:type="dxa" w:w="10080"/>
        <w:tblLook w:firstColumn="1" w:firstRow="1" w:lastColumn="0" w:lastRow="0" w:noHBand="0" w:noVBand="1" w:val="04A0"/>
        <w:tblLayout w:type="fixed"/>
      </w:tblPr>
      <w:tblGrid>
        <w:gridCol w:w="2520"/>
        <w:gridCol w:w="2520"/>
        <w:gridCol w:w="2520"/>
        <w:gridCol w:w="2520"/>
      </w:tblGrid>
      <w:tr>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What will we implement?</w:t>
            </w:r>
          </w:p>
        </w:tc>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Who will lead the first actions?</w:t>
            </w:r>
          </w:p>
        </w:tc>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What evidence will we monitor?</w:t>
            </w:r>
          </w:p>
        </w:tc>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What support do we need?</w:t>
            </w:r>
          </w:p>
        </w:tc>
      </w:tr>
      <w:tr>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r>
    </w:tbl>
    <w:p>
      <w:pPr>
        <w:spacing w:before="20" w:after="160" w:line="259" w:lineRule="auto"/>
      </w:pPr>
      <w:r>
        <w:rPr>
          <w:rFonts w:ascii="Times New Roman" w:hAnsi="Times New Roman"/>
          <w:b w:val="0"/>
          <w:i w:val="0"/>
          <w:color w:val="0E2243"/>
          <w:sz w:val="24"/>
          <w:spacing w:val="0"/>
        </w:rPr>
      </w:r>
    </w:p>
    <w:p>
      <w:pPr>
        <w:spacing w:before="240" w:after="40" w:line="259" w:lineRule="auto"/>
      </w:pPr>
      <w:r>
        <w:rPr>
          <w:rFonts w:ascii="Times New Roman" w:hAnsi="Times New Roman"/>
          <w:b/>
          <w:i w:val="0"/>
          <w:color w:val="0E2243"/>
          <w:sz w:val="28"/>
          <w:spacing w:val="0"/>
        </w:rPr>
        <w:t>Grades 11-12</w:t>
      </w:r>
    </w:p>
    <w:p>
      <w:pPr>
        <w:spacing w:before="0" w:after="100" w:line="259" w:lineRule="auto"/>
      </w:pPr>
      <w:r>
        <w:rPr>
          <w:rFonts w:ascii="Times New Roman" w:hAnsi="Times New Roman"/>
          <w:b w:val="0"/>
          <w:i/>
          <w:color w:val="1B4F46"/>
          <w:sz w:val="24"/>
          <w:spacing w:val="0"/>
        </w:rPr>
        <w:t>Build adult consistency around graduation, transition milestones, barrier solving, work-based learning, credentials, applications, financial aid, and postsecondary support.</w:t>
      </w:r>
    </w:p>
    <w:tbl>
      <w:tblPr>
        <w:tblStyle w:val="TableGrid"/>
        <w:tblW w:type="dxa" w:w="10080"/>
        <w:tblLook w:firstColumn="1" w:firstRow="1" w:lastColumn="0" w:lastRow="0" w:noHBand="0" w:noVBand="1" w:val="04A0"/>
        <w:tblLayout w:type="fixed"/>
      </w:tblPr>
      <w:tblGrid>
        <w:gridCol w:w="3200"/>
        <w:gridCol w:w="6880"/>
      </w:tblGrid>
      <w:tr>
        <w:tc>
          <w:tcPr>
            <w:tcW w:type="dxa" w:w="3200"/>
            <w:shd w:fill="1B4F46"/>
            <w:tcBorders>
              <w:top w:val="single" w:sz="8" w:space="0" w:color="1B4F46"/>
              <w:left w:val="single" w:sz="8" w:space="0" w:color="1B4F46"/>
              <w:bottom w:val="single" w:sz="8" w:space="0" w:color="1B4F46"/>
              <w:right w:val="single" w:sz="8" w:space="0" w:color="1B4F46"/>
            </w:tcBorders>
            <w:tcMar>
              <w:top w:w="125" w:type="dxa"/>
              <w:start w:w="145" w:type="dxa"/>
              <w:bottom w:w="125" w:type="dxa"/>
              <w:end w:w="145" w:type="dxa"/>
            </w:tcMar>
          </w:tcPr>
          <w:p>
            <w:pPr>
              <w:spacing w:before="20" w:after="60" w:line="259" w:lineRule="auto"/>
              <w:jc w:val="center"/>
            </w:pPr>
            <w:r>
              <w:rPr>
                <w:rFonts w:ascii="Times New Roman" w:hAnsi="Times New Roman"/>
                <w:b/>
                <w:i w:val="0"/>
                <w:color w:val="FFFFFF"/>
                <w:sz w:val="24"/>
                <w:spacing w:val="0"/>
              </w:rPr>
              <w:t>Component</w:t>
            </w:r>
          </w:p>
        </w:tc>
        <w:tc>
          <w:tcPr>
            <w:tcW w:type="dxa" w:w="6880"/>
            <w:shd w:fill="1B4F46"/>
            <w:tcBorders>
              <w:top w:val="single" w:sz="8" w:space="0" w:color="1B4F46"/>
              <w:left w:val="single" w:sz="8" w:space="0" w:color="1B4F46"/>
              <w:bottom w:val="single" w:sz="8" w:space="0" w:color="1B4F46"/>
              <w:right w:val="single" w:sz="8" w:space="0" w:color="1B4F46"/>
            </w:tcBorders>
            <w:tcMar>
              <w:top w:w="125" w:type="dxa"/>
              <w:start w:w="145" w:type="dxa"/>
              <w:bottom w:w="125" w:type="dxa"/>
              <w:end w:w="145" w:type="dxa"/>
            </w:tcMar>
          </w:tcPr>
          <w:p>
            <w:pPr>
              <w:spacing w:before="20" w:after="60" w:line="259" w:lineRule="auto"/>
              <w:jc w:val="center"/>
            </w:pPr>
            <w:r>
              <w:rPr>
                <w:rFonts w:ascii="Times New Roman" w:hAnsi="Times New Roman"/>
                <w:b/>
                <w:i w:val="0"/>
                <w:color w:val="FFFFFF"/>
                <w:sz w:val="24"/>
                <w:spacing w:val="0"/>
              </w:rPr>
              <w:t>Building Guidance</w:t>
            </w:r>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Students Should Experience</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experience consistent support for graduation, applications, financial aid, employment, enlistment, credentials, work-based learning, and transition decisions.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receive clear guidance, adult follow-up, and barrier-solving help before deadlines pass or opportunities close.</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in capstone, work-based learning, CTE, service, advanced coursework, and transition activities receive consistent expectations and feedback.</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do not lose adult support simply because they are older or close to graduation.</w:t>
            </w:r>
          </w:p>
          <w:p>
            <w:pPr>
              <w:spacing w:before="100" w:after="0" w:line="259" w:lineRule="auto"/>
            </w:pPr>
            <w:r>
              <w:rPr>
                <w:rFonts w:ascii="Times New Roman" w:hAnsi="Times New Roman"/>
                <w:b/>
                <w:i w:val="0"/>
                <w:color w:val="1B4F46"/>
                <w:sz w:val="24"/>
                <w:spacing w:val="0"/>
              </w:rPr>
              <w:t xml:space="preserve">Resources: </w:t>
            </w:r>
            <w:hyperlink r:id="rId34">
              <w:r>
                <w:rPr>
                  <w:rFonts w:ascii="Times New Roman" w:hAnsi="Times New Roman"/>
                  <w:sz w:val="24"/>
                  <w:color w:val="1F4E79"/>
                  <w:u w:val="single"/>
                </w:rPr>
                <w:t>NACE: Career Readiness Competencies</w:t>
              </w:r>
            </w:hyperlink>
            <w:r>
              <w:rPr>
                <w:rFonts w:ascii="Times New Roman" w:hAnsi="Times New Roman"/>
                <w:b w:val="0"/>
                <w:i w:val="0"/>
                <w:color w:val="0E2243"/>
                <w:sz w:val="24"/>
                <w:spacing w:val="0"/>
              </w:rPr>
              <w:t xml:space="preserve">; </w:t>
            </w:r>
            <w:hyperlink r:id="rId35">
              <w:r>
                <w:rPr>
                  <w:rFonts w:ascii="Times New Roman" w:hAnsi="Times New Roman"/>
                  <w:sz w:val="24"/>
                  <w:color w:val="1F4E79"/>
                  <w:u w:val="single"/>
                </w:rPr>
                <w:t>U.S. Department of Education: Career Pathways</w:t>
              </w:r>
            </w:hyperlink>
            <w:r>
              <w:rPr>
                <w:rFonts w:ascii="Times New Roman" w:hAnsi="Times New Roman"/>
                <w:b w:val="0"/>
                <w:i w:val="0"/>
                <w:color w:val="0E2243"/>
                <w:sz w:val="24"/>
                <w:spacing w:val="0"/>
              </w:rPr>
              <w:t xml:space="preserve">; </w:t>
            </w:r>
            <w:hyperlink r:id="rId36">
              <w:r>
                <w:rPr>
                  <w:rFonts w:ascii="Times New Roman" w:hAnsi="Times New Roman"/>
                  <w:sz w:val="24"/>
                  <w:color w:val="1F4E79"/>
                  <w:u w:val="single"/>
                </w:rPr>
                <w:t>Federal Student Aid: FAFSA Checklist</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Adults Should Do</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Use shared routines for senior conferences, milestone tracking, barrier solving, partner communication, work-based learning support, and transition follow-up.</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Calibrate expectations for readiness evidence, capstone/portfolio quality, workplace communication, transition plans, and milestone completion.</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Track which students receive adult support, complete milestones, access credentials or work-based learning, and resolve barriers.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Coordinate teachers, counselors, advisors, employers, postsecondary partners, families, and support staff around student completion and transition.</w:t>
            </w:r>
          </w:p>
          <w:p>
            <w:pPr>
              <w:spacing w:before="100" w:after="0" w:line="259" w:lineRule="auto"/>
            </w:pPr>
            <w:r>
              <w:rPr>
                <w:rFonts w:ascii="Times New Roman" w:hAnsi="Times New Roman"/>
                <w:b/>
                <w:i w:val="0"/>
                <w:color w:val="1B4F46"/>
                <w:sz w:val="24"/>
                <w:spacing w:val="0"/>
              </w:rPr>
              <w:t xml:space="preserve">Resources: </w:t>
            </w:r>
            <w:hyperlink r:id="rId12">
              <w:r>
                <w:rPr>
                  <w:rFonts w:ascii="Times New Roman" w:hAnsi="Times New Roman"/>
                  <w:sz w:val="24"/>
                  <w:color w:val="1F4E79"/>
                  <w:u w:val="single"/>
                </w:rPr>
                <w:t>Learning Forward: Standards for Professional Learning</w:t>
              </w:r>
            </w:hyperlink>
            <w:r>
              <w:rPr>
                <w:rFonts w:ascii="Times New Roman" w:hAnsi="Times New Roman"/>
                <w:b w:val="0"/>
                <w:i w:val="0"/>
                <w:color w:val="0E2243"/>
                <w:sz w:val="24"/>
                <w:spacing w:val="0"/>
              </w:rPr>
              <w:t xml:space="preserve">; </w:t>
            </w:r>
            <w:hyperlink r:id="rId14">
              <w:r>
                <w:rPr>
                  <w:rFonts w:ascii="Times New Roman" w:hAnsi="Times New Roman"/>
                  <w:sz w:val="24"/>
                  <w:color w:val="1F4E79"/>
                  <w:u w:val="single"/>
                </w:rPr>
                <w:t>Learning Policy Institute: Effective Teacher Professional Development</w:t>
              </w:r>
            </w:hyperlink>
            <w:r>
              <w:rPr>
                <w:rFonts w:ascii="Times New Roman" w:hAnsi="Times New Roman"/>
                <w:b w:val="0"/>
                <w:i w:val="0"/>
                <w:color w:val="0E2243"/>
                <w:sz w:val="24"/>
                <w:spacing w:val="0"/>
              </w:rPr>
              <w:t xml:space="preserve">; </w:t>
            </w:r>
            <w:hyperlink r:id="rId26">
              <w:r>
                <w:rPr>
                  <w:rFonts w:ascii="Times New Roman" w:hAnsi="Times New Roman"/>
                  <w:sz w:val="24"/>
                  <w:color w:val="1F4E79"/>
                  <w:u w:val="single"/>
                </w:rPr>
                <w:t>ASCA Mindsets and Behaviors</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the Building Should Implement</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An 11-12 adult practice guide for milestone tracking, senior conferences, barrier solving, work-based learning support, and transition planning.</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calibration process for capstone, portfolio, credential, work-based learning, and transition-plan evidence.</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professional learning or coaching cycle focused on advising, partner coordination, barrier solving, and postsecondary transition support.</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data review process that examines adult follow-up as well as student milestone completion.</w:t>
            </w:r>
          </w:p>
          <w:p>
            <w:pPr>
              <w:spacing w:before="100" w:after="0" w:line="259" w:lineRule="auto"/>
            </w:pPr>
            <w:r>
              <w:rPr>
                <w:rFonts w:ascii="Times New Roman" w:hAnsi="Times New Roman"/>
                <w:b/>
                <w:i w:val="0"/>
                <w:color w:val="1B4F46"/>
                <w:sz w:val="24"/>
                <w:spacing w:val="0"/>
              </w:rPr>
              <w:t xml:space="preserve">Resources: </w:t>
            </w:r>
            <w:hyperlink r:id="rId35">
              <w:r>
                <w:rPr>
                  <w:rFonts w:ascii="Times New Roman" w:hAnsi="Times New Roman"/>
                  <w:sz w:val="24"/>
                  <w:color w:val="1F4E79"/>
                  <w:u w:val="single"/>
                </w:rPr>
                <w:t>U.S. Department of Education: Career Pathways</w:t>
              </w:r>
            </w:hyperlink>
            <w:r>
              <w:rPr>
                <w:rFonts w:ascii="Times New Roman" w:hAnsi="Times New Roman"/>
                <w:b w:val="0"/>
                <w:i w:val="0"/>
                <w:color w:val="0E2243"/>
                <w:sz w:val="24"/>
                <w:spacing w:val="0"/>
              </w:rPr>
              <w:t xml:space="preserve">; </w:t>
            </w:r>
            <w:hyperlink r:id="rId36">
              <w:r>
                <w:rPr>
                  <w:rFonts w:ascii="Times New Roman" w:hAnsi="Times New Roman"/>
                  <w:sz w:val="24"/>
                  <w:color w:val="1F4E79"/>
                  <w:u w:val="single"/>
                </w:rPr>
                <w:t>Federal Student Aid: FAFSA Checklist</w:t>
              </w:r>
            </w:hyperlink>
            <w:r>
              <w:rPr>
                <w:rFonts w:ascii="Times New Roman" w:hAnsi="Times New Roman"/>
                <w:b w:val="0"/>
                <w:i w:val="0"/>
                <w:color w:val="0E2243"/>
                <w:sz w:val="24"/>
                <w:spacing w:val="0"/>
              </w:rPr>
              <w:t xml:space="preserve">; </w:t>
            </w:r>
            <w:hyperlink r:id="rId37">
              <w:r>
                <w:rPr>
                  <w:rFonts w:ascii="Times New Roman" w:hAnsi="Times New Roman"/>
                  <w:sz w:val="24"/>
                  <w:color w:val="1F4E79"/>
                  <w:u w:val="single"/>
                </w:rPr>
                <w:t>CareerOneStop: Find Certifications</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Implementation Examples</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Senior conference calibration: staff align on the questions, evidence, and follow-up actions every senior should receive.</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Milestone tracker review: teams identify missing applications, FAFSA/financial aid steps, credentials, work-based learning, employment, enlistment, or transition plans.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Barrier-solving protocol practice: staff rehearse how to identify a barrier, assign an adult owner, set a deadline, and confirm resolution.</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Capstone or portfolio calibration: teachers compare evidence and agree on quality indicators for readiness, communication, reflection, and transfer.</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Partner communication routine: staff clarify who communicates with employers, colleges, training programs, military contacts, families, and community partners.</w:t>
            </w:r>
          </w:p>
          <w:p>
            <w:pPr>
              <w:spacing w:before="100" w:after="0" w:line="259" w:lineRule="auto"/>
            </w:pPr>
            <w:r>
              <w:rPr>
                <w:rFonts w:ascii="Times New Roman" w:hAnsi="Times New Roman"/>
                <w:b/>
                <w:i w:val="0"/>
                <w:color w:val="1B4F46"/>
                <w:sz w:val="24"/>
                <w:spacing w:val="0"/>
              </w:rPr>
              <w:t xml:space="preserve">Resources: </w:t>
            </w:r>
            <w:hyperlink r:id="rId34">
              <w:r>
                <w:rPr>
                  <w:rFonts w:ascii="Times New Roman" w:hAnsi="Times New Roman"/>
                  <w:sz w:val="24"/>
                  <w:color w:val="1F4E79"/>
                  <w:u w:val="single"/>
                </w:rPr>
                <w:t>NACE: Career Readiness Competencies</w:t>
              </w:r>
            </w:hyperlink>
            <w:r>
              <w:rPr>
                <w:rFonts w:ascii="Times New Roman" w:hAnsi="Times New Roman"/>
                <w:b w:val="0"/>
                <w:i w:val="0"/>
                <w:color w:val="0E2243"/>
                <w:sz w:val="24"/>
                <w:spacing w:val="0"/>
              </w:rPr>
              <w:t xml:space="preserve">; </w:t>
            </w:r>
            <w:hyperlink r:id="rId38">
              <w:r>
                <w:rPr>
                  <w:rFonts w:ascii="Times New Roman" w:hAnsi="Times New Roman"/>
                  <w:sz w:val="24"/>
                  <w:color w:val="1F4E79"/>
                  <w:u w:val="single"/>
                </w:rPr>
                <w:t>Apprenticeship.gov: Career Seekers</w:t>
              </w:r>
            </w:hyperlink>
            <w:r>
              <w:rPr>
                <w:rFonts w:ascii="Times New Roman" w:hAnsi="Times New Roman"/>
                <w:b w:val="0"/>
                <w:i w:val="0"/>
                <w:color w:val="0E2243"/>
                <w:sz w:val="24"/>
                <w:spacing w:val="0"/>
              </w:rPr>
              <w:t xml:space="preserve">; </w:t>
            </w:r>
            <w:hyperlink r:id="rId29">
              <w:r>
                <w:rPr>
                  <w:rFonts w:ascii="Times New Roman" w:hAnsi="Times New Roman"/>
                  <w:sz w:val="24"/>
                  <w:color w:val="1F4E79"/>
                  <w:u w:val="single"/>
                </w:rPr>
                <w:t>Google Applied Digital Skills</w:t>
              </w:r>
            </w:hyperlink>
            <w:r>
              <w:rPr>
                <w:rFonts w:ascii="Times New Roman" w:hAnsi="Times New Roman"/>
                <w:b w:val="0"/>
                <w:i w:val="0"/>
                <w:color w:val="0E2243"/>
                <w:sz w:val="24"/>
                <w:spacing w:val="0"/>
              </w:rPr>
              <w:t xml:space="preserve">; </w:t>
            </w:r>
            <w:hyperlink r:id="rId13">
              <w:r>
                <w:rPr>
                  <w:rFonts w:ascii="Times New Roman" w:hAnsi="Times New Roman"/>
                  <w:sz w:val="24"/>
                  <w:color w:val="1F4E79"/>
                  <w:u w:val="single"/>
                </w:rPr>
                <w:t>Pennsylvania Career Ready Skills Toolkit</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Evidence to Monitor</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Senior conference notes, milestone trackers, capstone/portfolio rubrics, work-based learning records, barrier logs, and transition plans.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Professional learning artifacts, coaching notes, PLC records, partner meeting notes, and adult follow-up logs.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 data on credits, graduation, applications, FAFSA/financial aid, credentials, internships, employment, enlistment, and postsecondary placement by subgroup.</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 feedback about whether adults provided clear guidance, encouragement, follow-up, and barrier-solving support.</w:t>
            </w:r>
          </w:p>
          <w:p>
            <w:pPr>
              <w:spacing w:before="100" w:after="0" w:line="259" w:lineRule="auto"/>
            </w:pPr>
            <w:r>
              <w:rPr>
                <w:rFonts w:ascii="Times New Roman" w:hAnsi="Times New Roman"/>
                <w:b/>
                <w:i w:val="0"/>
                <w:color w:val="1B4F46"/>
                <w:sz w:val="24"/>
                <w:spacing w:val="0"/>
              </w:rPr>
              <w:t xml:space="preserve">Resources: </w:t>
            </w:r>
            <w:hyperlink r:id="rId14">
              <w:r>
                <w:rPr>
                  <w:rFonts w:ascii="Times New Roman" w:hAnsi="Times New Roman"/>
                  <w:sz w:val="24"/>
                  <w:color w:val="1F4E79"/>
                  <w:u w:val="single"/>
                </w:rPr>
                <w:t>Learning Policy Institute: Effective Teacher Professional Development</w:t>
              </w:r>
            </w:hyperlink>
            <w:r>
              <w:rPr>
                <w:rFonts w:ascii="Times New Roman" w:hAnsi="Times New Roman"/>
                <w:b w:val="0"/>
                <w:i w:val="0"/>
                <w:color w:val="0E2243"/>
                <w:sz w:val="24"/>
                <w:spacing w:val="0"/>
              </w:rPr>
              <w:t xml:space="preserve">; </w:t>
            </w:r>
            <w:hyperlink r:id="rId34">
              <w:r>
                <w:rPr>
                  <w:rFonts w:ascii="Times New Roman" w:hAnsi="Times New Roman"/>
                  <w:sz w:val="24"/>
                  <w:color w:val="1F4E79"/>
                  <w:u w:val="single"/>
                </w:rPr>
                <w:t>NACE: Career Readiness Competencies</w:t>
              </w:r>
            </w:hyperlink>
            <w:r>
              <w:rPr>
                <w:rFonts w:ascii="Times New Roman" w:hAnsi="Times New Roman"/>
                <w:b w:val="0"/>
                <w:i w:val="0"/>
                <w:color w:val="0E2243"/>
                <w:sz w:val="24"/>
                <w:spacing w:val="0"/>
              </w:rPr>
              <w:t xml:space="preserve">; </w:t>
            </w:r>
            <w:hyperlink r:id="rId36">
              <w:r>
                <w:rPr>
                  <w:rFonts w:ascii="Times New Roman" w:hAnsi="Times New Roman"/>
                  <w:sz w:val="24"/>
                  <w:color w:val="1F4E79"/>
                  <w:u w:val="single"/>
                </w:rPr>
                <w:t>Federal Student Aid: FAFSA Checklist</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the Building Team Should Produce</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An 11-12 adult practice map for graduation, transition milestones, work-based learning, applications, and barrier solving.</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calibration routine for capstone, portfolio, credential, work-based learning, and transition-plan evidence.</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professional learning or coaching cycle tied to consistent senior transition support.</w:t>
            </w:r>
          </w:p>
          <w:p>
            <w:pPr>
              <w:spacing w:before="100" w:after="0" w:line="259" w:lineRule="auto"/>
            </w:pPr>
            <w:r>
              <w:rPr>
                <w:rFonts w:ascii="Times New Roman" w:hAnsi="Times New Roman"/>
                <w:b/>
                <w:i w:val="0"/>
                <w:color w:val="1B4F46"/>
                <w:sz w:val="24"/>
                <w:spacing w:val="0"/>
              </w:rPr>
              <w:t xml:space="preserve">Resources: </w:t>
            </w:r>
            <w:hyperlink r:id="rId12">
              <w:r>
                <w:rPr>
                  <w:rFonts w:ascii="Times New Roman" w:hAnsi="Times New Roman"/>
                  <w:sz w:val="24"/>
                  <w:color w:val="1F4E79"/>
                  <w:u w:val="single"/>
                </w:rPr>
                <w:t>Learning Forward: Standards for Professional Learning</w:t>
              </w:r>
            </w:hyperlink>
            <w:r>
              <w:rPr>
                <w:rFonts w:ascii="Times New Roman" w:hAnsi="Times New Roman"/>
                <w:b w:val="0"/>
                <w:i w:val="0"/>
                <w:color w:val="0E2243"/>
                <w:sz w:val="24"/>
                <w:spacing w:val="0"/>
              </w:rPr>
              <w:t xml:space="preserve">; </w:t>
            </w:r>
            <w:hyperlink r:id="rId35">
              <w:r>
                <w:rPr>
                  <w:rFonts w:ascii="Times New Roman" w:hAnsi="Times New Roman"/>
                  <w:sz w:val="24"/>
                  <w:color w:val="1F4E79"/>
                  <w:u w:val="single"/>
                </w:rPr>
                <w:t>U.S. Department of Education: Career Pathways</w:t>
              </w:r>
            </w:hyperlink>
          </w:p>
        </w:tc>
      </w:tr>
    </w:tbl>
    <w:p>
      <w:pPr>
        <w:spacing w:before="20" w:after="120" w:line="259" w:lineRule="auto"/>
      </w:pPr>
      <w:r>
        <w:rPr>
          <w:rFonts w:ascii="Times New Roman" w:hAnsi="Times New Roman"/>
          <w:b w:val="0"/>
          <w:i w:val="0"/>
          <w:color w:val="0E2243"/>
          <w:sz w:val="24"/>
          <w:spacing w:val="0"/>
        </w:rPr>
      </w:r>
    </w:p>
    <w:p>
      <w:pPr>
        <w:spacing w:before="40" w:after="80" w:line="259" w:lineRule="auto"/>
        <w:jc w:val="center"/>
      </w:pPr>
      <w:r>
        <w:rPr>
          <w:rFonts w:ascii="Times New Roman" w:hAnsi="Times New Roman"/>
          <w:b/>
          <w:i w:val="0"/>
          <w:color w:val="1B4F46"/>
          <w:sz w:val="24"/>
          <w:spacing w:val="0"/>
        </w:rPr>
        <w:t>Grades 11-12: Building Team Planning Response</w:t>
      </w:r>
    </w:p>
    <w:tbl>
      <w:tblPr>
        <w:tblStyle w:val="TableGrid"/>
        <w:tblW w:type="dxa" w:w="10080"/>
        <w:tblLook w:firstColumn="1" w:firstRow="1" w:lastColumn="0" w:lastRow="0" w:noHBand="0" w:noVBand="1" w:val="04A0"/>
        <w:tblLayout w:type="fixed"/>
      </w:tblPr>
      <w:tblGrid>
        <w:gridCol w:w="2520"/>
        <w:gridCol w:w="2520"/>
        <w:gridCol w:w="2520"/>
        <w:gridCol w:w="2520"/>
      </w:tblGrid>
      <w:tr>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What will we implement?</w:t>
            </w:r>
          </w:p>
        </w:tc>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Who will lead the first actions?</w:t>
            </w:r>
          </w:p>
        </w:tc>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What evidence will we monitor?</w:t>
            </w:r>
          </w:p>
        </w:tc>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What support do we need?</w:t>
            </w:r>
          </w:p>
        </w:tc>
      </w:tr>
      <w:tr>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r>
    </w:tbl>
    <w:p>
      <w:pPr>
        <w:spacing w:before="20" w:after="160" w:line="259" w:lineRule="auto"/>
      </w:pPr>
      <w:r>
        <w:rPr>
          <w:rFonts w:ascii="Times New Roman" w:hAnsi="Times New Roman"/>
          <w:b w:val="0"/>
          <w:i w:val="0"/>
          <w:color w:val="0E2243"/>
          <w:sz w:val="24"/>
          <w:spacing w:val="0"/>
        </w:rPr>
      </w:r>
    </w:p>
    <w:p>
      <w:pPr>
        <w:spacing w:before="200" w:after="100" w:line="259" w:lineRule="auto"/>
      </w:pPr>
      <w:r>
        <w:rPr>
          <w:rFonts w:ascii="Times New Roman" w:hAnsi="Times New Roman"/>
          <w:b/>
          <w:i w:val="0"/>
          <w:color w:val="1B4F46"/>
          <w:sz w:val="28"/>
          <w:spacing w:val="0"/>
        </w:rPr>
        <w:t>District Follow-Through</w:t>
      </w:r>
    </w:p>
    <w:tbl>
      <w:tblPr>
        <w:tblStyle w:val="TableGrid"/>
        <w:tblW w:type="dxa" w:w="10080"/>
        <w:tblLook w:firstColumn="1" w:firstRow="1" w:lastColumn="0" w:lastRow="0" w:noHBand="0" w:noVBand="1" w:val="04A0"/>
        <w:tblLayout w:type="fixed"/>
      </w:tblPr>
      <w:tblGrid>
        <w:gridCol w:w="10080"/>
      </w:tblGrid>
      <w:tr>
        <w:tc>
          <w:tcPr>
            <w:tcW w:type="dxa" w:w="10080"/>
            <w:shd w:fill="F2F7F5"/>
            <w:tcBorders>
              <w:top w:val="single" w:sz="8" w:space="0" w:color="BFD5D0"/>
              <w:left w:val="single" w:sz="8" w:space="0" w:color="BFD5D0"/>
              <w:bottom w:val="single" w:sz="8" w:space="0" w:color="BFD5D0"/>
              <w:right w:val="single" w:sz="8" w:space="0" w:color="BFD5D0"/>
            </w:tcBorders>
            <w:tcMar>
              <w:top w:w="180" w:type="dxa"/>
              <w:start w:w="220" w:type="dxa"/>
              <w:bottom w:w="170" w:type="dxa"/>
              <w:end w:w="220" w:type="dxa"/>
            </w:tcMar>
          </w:tcPr>
          <w:p>
            <w:pPr>
              <w:spacing w:after="100"/>
            </w:pPr>
            <w:r>
              <w:rPr>
                <w:rFonts w:ascii="Times New Roman" w:hAnsi="Times New Roman"/>
                <w:b/>
                <w:i w:val="0"/>
                <w:color w:val="1B4F46"/>
                <w:sz w:val="26"/>
                <w:spacing w:val="0"/>
              </w:rPr>
              <w:t>How the district supports implementation</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Provide clear readiness language, examples, templates, and communication tools so buildings do not have to invent the framework.</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Review building plans to confirm that grade-band expectations are clear, realistic, and aligned to the district model.</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Use quarterly building updates to identify cross-building patterns, access gaps, implementation barriers, and support needs.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Provide professional learning, coaching, partnership support, and problem-solving help when buildings encounter barriers.</w:t>
            </w:r>
          </w:p>
        </w:tc>
      </w:tr>
    </w:tbl>
    <w:p>
      <w:pPr>
        <w:spacing w:before="20" w:after="140" w:line="259" w:lineRule="auto"/>
      </w:pPr>
      <w:r>
        <w:rPr>
          <w:rFonts w:ascii="Times New Roman" w:hAnsi="Times New Roman"/>
          <w:b w:val="0"/>
          <w:i w:val="0"/>
          <w:color w:val="0E2243"/>
          <w:sz w:val="24"/>
          <w:spacing w:val="0"/>
        </w:rPr>
      </w:r>
    </w:p>
    <w:sectPr w:rsidR="00FC693F" w:rsidRPr="0006063C" w:rsidSect="00034616">
      <w:pgSz w:w="12240" w:h="15840"/>
      <w:pgMar w:top="1037" w:right="1080" w:bottom="1037"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259" w:lineRule="auto" w:before="0" w:after="60"/>
    </w:pPr>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z w:val="24"/>
      <w:szCs w:val="24"/>
    </w:rPr>
  </w:style>
  <w:style w:type="paragraph" w:styleId="ListParagraph">
    <w:name w:val="List Paragraph"/>
    <w:basedOn w:val="Normal"/>
    <w:uiPriority w:val="34"/>
    <w:qFormat/>
    <w:rsid w:val="00FC693F"/>
    <w:pPr>
      <w:spacing w:line="259" w:lineRule="auto" w:before="0" w:after="60"/>
      <w:ind w:left="720"/>
      <w:contextualSpacing/>
    </w:pPr>
    <w:rPr>
      <w:rFonts w:ascii="Times New Roman" w:hAnsi="Times New Roman"/>
      <w:sz w:val="24"/>
    </w:r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line="259" w:lineRule="auto" w:before="0" w:after="60"/>
      <w:contextualSpacing/>
    </w:pPr>
    <w:rPr>
      <w:rFonts w:ascii="Times New Roman" w:hAnsi="Times New Roman"/>
      <w:sz w:val="24"/>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u w:val="single"/>
    </w:rPr>
  </w:style>
  <w:style w:type="character" w:styleId="BookTitle">
    <w:name w:val="Book Title"/>
    <w:basedOn w:val="DefaultParagraphFont"/>
    <w:uiPriority w:val="33"/>
    <w:qFormat/>
    <w:rsid w:val="00FC693F"/>
    <w:rPr>
      <w:b/>
      <w:bCs/>
      <w:smallCaps/>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udlguidelines.cast.org/" TargetMode="External"/><Relationship Id="rId10" Type="http://schemas.openxmlformats.org/officeDocument/2006/relationships/hyperlink" Target="https://static.battelleforkids.org/documents/p21/P21_ELF_Framework_Final_20pgs.pdf" TargetMode="External"/><Relationship Id="rId11" Type="http://schemas.openxmlformats.org/officeDocument/2006/relationships/hyperlink" Target="https://casel.org/fundamentals-of-sel/" TargetMode="External"/><Relationship Id="rId12" Type="http://schemas.openxmlformats.org/officeDocument/2006/relationships/hyperlink" Target="https://standards.learningforward.org/" TargetMode="External"/><Relationship Id="rId13" Type="http://schemas.openxmlformats.org/officeDocument/2006/relationships/hyperlink" Target="https://www.pa.gov/agencies/education/resources/student/career-ready-pa/pennsylvania-career-ready-skills/pa-career-ready-skills-toolkit" TargetMode="External"/><Relationship Id="rId14" Type="http://schemas.openxmlformats.org/officeDocument/2006/relationships/hyperlink" Target="https://learningpolicyinstitute.org/product/effective-teacher-professional-development-brief" TargetMode="External"/><Relationship Id="rId15" Type="http://schemas.openxmlformats.org/officeDocument/2006/relationships/hyperlink" Target="https://www.pbis.org/" TargetMode="External"/><Relationship Id="rId16" Type="http://schemas.openxmlformats.org/officeDocument/2006/relationships/hyperlink" Target="https://www.theteachertoolkit.com/index.php/tool/think-pair-share" TargetMode="External"/><Relationship Id="rId17" Type="http://schemas.openxmlformats.org/officeDocument/2006/relationships/hyperlink" Target="https://www.naeyc.org/resources/pubs/yc/mar2015/using-blocks" TargetMode="External"/><Relationship Id="rId18" Type="http://schemas.openxmlformats.org/officeDocument/2006/relationships/hyperlink" Target="https://www.perts.net/student-belonging" TargetMode="External"/><Relationship Id="rId19" Type="http://schemas.openxmlformats.org/officeDocument/2006/relationships/hyperlink" Target="https://www.attendanceworks.org/resources/" TargetMode="External"/><Relationship Id="rId20" Type="http://schemas.openxmlformats.org/officeDocument/2006/relationships/hyperlink" Target="https://my.pblworks.org/projects" TargetMode="External"/><Relationship Id="rId21" Type="http://schemas.openxmlformats.org/officeDocument/2006/relationships/hyperlink" Target="https://www.pblworks.org/what-is-pbl/gold-standard-teaching-practices" TargetMode="External"/><Relationship Id="rId22" Type="http://schemas.openxmlformats.org/officeDocument/2006/relationships/hyperlink" Target="https://my.pblworks.org/resources?f%5B0%5D=type%3A27" TargetMode="External"/><Relationship Id="rId23" Type="http://schemas.openxmlformats.org/officeDocument/2006/relationships/hyperlink" Target="https://www.pblworks.org/get-started-educators" TargetMode="External"/><Relationship Id="rId24" Type="http://schemas.openxmlformats.org/officeDocument/2006/relationships/hyperlink" Target="https://www.eleducation.org/models-of-excellence" TargetMode="External"/><Relationship Id="rId25" Type="http://schemas.openxmlformats.org/officeDocument/2006/relationships/hyperlink" Target="https://education.ohio.gov/Topics/Career-Tech/Career-Connections/Career-Connections-Framework" TargetMode="External"/><Relationship Id="rId26" Type="http://schemas.openxmlformats.org/officeDocument/2006/relationships/hyperlink" Target="https://www.schoolcounselor.org/Standards-Positions/Standards/ASCA-Mindsets-Behaviors-for-Student-Success" TargetMode="External"/><Relationship Id="rId27" Type="http://schemas.openxmlformats.org/officeDocument/2006/relationships/hyperlink" Target="https://www.mynextmove.org/explore/ip" TargetMode="External"/><Relationship Id="rId28" Type="http://schemas.openxmlformats.org/officeDocument/2006/relationships/hyperlink" Target="https://www.careeronestop.org/Videos/CareerVideos/career-videos.aspx" TargetMode="External"/><Relationship Id="rId29" Type="http://schemas.openxmlformats.org/officeDocument/2006/relationships/hyperlink" Target="https://grow.google/applied-digital-skills/" TargetMode="External"/><Relationship Id="rId30" Type="http://schemas.openxmlformats.org/officeDocument/2006/relationships/hyperlink" Target="https://edtrust.org/rti/inequities-in-advanced-coursework/" TargetMode="External"/><Relationship Id="rId31" Type="http://schemas.openxmlformats.org/officeDocument/2006/relationships/hyperlink" Target="https://ies.ed.gov/sites/default/files/rel-central/document/2025/11/RELCETipGoalSetting.pdf" TargetMode="External"/><Relationship Id="rId32" Type="http://schemas.openxmlformats.org/officeDocument/2006/relationships/hyperlink" Target="https://studentaid.gov/resources/prepare-for-college" TargetMode="External"/><Relationship Id="rId33" Type="http://schemas.openxmlformats.org/officeDocument/2006/relationships/hyperlink" Target="https://www.fcps.edu/academics/academic-and-career-plans/high-school" TargetMode="External"/><Relationship Id="rId34" Type="http://schemas.openxmlformats.org/officeDocument/2006/relationships/hyperlink" Target="https://www.naceweb.org/career-readiness/competencies/career-readiness-defined" TargetMode="External"/><Relationship Id="rId35" Type="http://schemas.openxmlformats.org/officeDocument/2006/relationships/hyperlink" Target="https://www.ed.gov/higher-education/career-pathways" TargetMode="External"/><Relationship Id="rId36" Type="http://schemas.openxmlformats.org/officeDocument/2006/relationships/hyperlink" Target="https://studentaid.gov/articles/things-you-need-for-fafsa/" TargetMode="External"/><Relationship Id="rId37" Type="http://schemas.openxmlformats.org/officeDocument/2006/relationships/hyperlink" Target="https://www.careeronestop.org/FindTraining/Types/certifications.aspx" TargetMode="External"/><Relationship Id="rId38" Type="http://schemas.openxmlformats.org/officeDocument/2006/relationships/hyperlink" Target="https://www.apprenticeship.gov/career-seek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Building Implementation Guide Prototype - Domain 6 Grade-Band V1</dc:title>
  <dc:subject>Master Building Implementation Guide prototype with Domain 1 developed</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