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080"/>
        <w:tblLook w:firstColumn="1" w:firstRow="1" w:lastColumn="0" w:lastRow="0" w:noHBand="0" w:noVBand="1" w:val="04A0"/>
        <w:tblLayout w:type="fixed"/>
      </w:tblPr>
      <w:tblGrid>
        <w:gridCol w:w="10080"/>
      </w:tblGrid>
      <w:tr>
        <w:tc>
          <w:tcPr>
            <w:tcW w:type="dxa" w:w="10080"/>
            <w:shd w:fill="1B4F46"/>
            <w:tcBorders>
              <w:top w:val="single" w:sz="8" w:space="0" w:color="1B4F46"/>
              <w:left w:val="single" w:sz="8" w:space="0" w:color="1B4F46"/>
              <w:bottom w:val="single" w:sz="8" w:space="0" w:color="1B4F46"/>
              <w:right w:val="single" w:sz="8" w:space="0" w:color="1B4F46"/>
            </w:tcBorders>
            <w:tcMar>
              <w:top w:w="250" w:type="dxa"/>
              <w:start w:w="220" w:type="dxa"/>
              <w:bottom w:w="250" w:type="dxa"/>
              <w:end w:w="220" w:type="dxa"/>
            </w:tcMar>
          </w:tcPr>
          <w:p>
            <w:pPr>
              <w:jc w:val="center"/>
            </w:pPr>
            <w:r>
              <w:rPr>
                <w:rFonts w:ascii="Times New Roman" w:hAnsi="Times New Roman"/>
                <w:b/>
                <w:i w:val="0"/>
                <w:color w:val="D8B864"/>
                <w:sz w:val="36"/>
                <w:spacing w:val="0"/>
              </w:rPr>
              <w:t>Preparing Students for Life After High School</w:t>
            </w:r>
          </w:p>
          <w:p>
            <w:pPr>
              <w:jc w:val="center"/>
            </w:pPr>
            <w:r>
              <w:rPr>
                <w:rFonts w:ascii="Times New Roman" w:hAnsi="Times New Roman"/>
                <w:b/>
                <w:i w:val="0"/>
                <w:color w:val="FFFFFF"/>
                <w:sz w:val="28"/>
                <w:spacing w:val="0"/>
              </w:rPr>
              <w:t>Building Implementation Guide</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to Use This Guide and Why This Work Matters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Preparing students for life after high school should be central to the mission of K-12 education. Graduation is not the finish line by itself.</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This guide describes what students should experience across K-12 in order to leave high school prepared for enrollment, enlistment, employment, civic participation, and adult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Building teams should focus on the grade bands served in their specific building and use the implementation examples as starting points.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the public resource links inside each component row when the building team needs examples, models, or implementation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 the planning response table to identify local decisions, first actions, evidence, and district support needs.</w:t>
            </w:r>
          </w:p>
        </w:tc>
      </w:tr>
    </w:tbl>
    <w:p>
      <w:pPr>
        <w:spacing w:before="20" w:after="140" w:line="259" w:lineRule="auto"/>
      </w:pPr>
      <w:r>
        <w:rPr>
          <w:rFonts w:ascii="Times New Roman" w:hAnsi="Times New Roman"/>
          <w:b w:val="0"/>
          <w:i w:val="0"/>
          <w:color w:val="0E2243"/>
          <w:sz w:val="24"/>
          <w:spacing w:val="0"/>
        </w:rPr>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Enhancing Content, Not Adding Tasks</w:t>
            </w:r>
          </w:p>
          <w:p>
            <w:pPr>
              <w:spacing w:before="0" w:after="60" w:line="259" w:lineRule="auto"/>
            </w:pPr>
            <w:r>
              <w:rPr>
                <w:rFonts w:ascii="Times New Roman" w:hAnsi="Times New Roman"/>
                <w:b w:val="0"/>
                <w:i w:val="0"/>
                <w:color w:val="0E2243"/>
                <w:sz w:val="24"/>
                <w:spacing w:val="0"/>
              </w:rPr>
              <w:t>The strategies in this guide are designed to strengthen existing curriculum and instruction, not add a separate layer of work. Schools remain responsible for teaching required content, meeting state standards, preparing students for required assessments, and working within accountability expectations. This guide helps building teams embed future-ready skills, authentic application, student reflection, engagement, and readiness experiences into the instructional work already taking place. The goal is to make required learning more meaningful, connected, engaging, and useful for students without creating disconnected tasks or standalone initiatives.</w:t>
            </w:r>
          </w:p>
        </w:tc>
      </w:tr>
    </w:tbl>
    <w:p>
      <w:pPr>
        <w:spacing w:before="20" w:after="140" w:line="259" w:lineRule="auto"/>
      </w:pPr>
      <w:r>
        <w:rPr>
          <w:rFonts w:ascii="Times New Roman" w:hAnsi="Times New Roman"/>
          <w:b w:val="0"/>
          <w:i w:val="0"/>
          <w:color w:val="0E2243"/>
          <w:sz w:val="24"/>
          <w:spacing w:val="0"/>
        </w:rPr>
      </w:r>
    </w:p>
    <w:p>
      <w:pPr>
        <w:spacing w:before="140" w:after="80" w:line="259" w:lineRule="auto"/>
      </w:pPr>
      <w:r>
        <w:rPr>
          <w:rFonts w:ascii="Times New Roman" w:hAnsi="Times New Roman"/>
          <w:b/>
          <w:i w:val="0"/>
          <w:color w:val="1B4F46"/>
          <w:sz w:val="28"/>
          <w:spacing w:val="0"/>
        </w:rPr>
        <w:t>Example K-12 Skill Progression</w:t>
      </w:r>
    </w:p>
    <w:p>
      <w:pPr>
        <w:spacing w:before="0" w:after="120" w:line="259" w:lineRule="auto"/>
      </w:pPr>
      <w:r>
        <w:rPr>
          <w:rFonts w:ascii="Times New Roman" w:hAnsi="Times New Roman"/>
          <w:b w:val="0"/>
          <w:i w:val="0"/>
          <w:color w:val="0E2243"/>
          <w:sz w:val="24"/>
          <w:spacing w:val="0"/>
        </w:rPr>
        <w:t>The example below shows how one readiness skill can develop from kindergarten to postsecondary transition. It is included to help buildings see the progression across grade levels before applying this domain's guidance.</w:t>
      </w:r>
    </w:p>
    <w:tbl>
      <w:tblPr>
        <w:tblStyle w:val="TableGrid"/>
        <w:tblW w:type="dxa" w:w="10080"/>
        <w:tblLook w:firstColumn="1" w:firstRow="1" w:lastColumn="0" w:lastRow="0" w:noHBand="0" w:noVBand="1" w:val="04A0"/>
        <w:tblLayout w:type="fixed"/>
      </w:tblPr>
      <w:tblGrid>
        <w:gridCol w:w="2200"/>
        <w:gridCol w:w="1576"/>
        <w:gridCol w:w="1576"/>
        <w:gridCol w:w="1576"/>
        <w:gridCol w:w="1576"/>
        <w:gridCol w:w="1576"/>
      </w:tblGrid>
      <w:tr>
        <w:tc>
          <w:tcPr>
            <w:tcW w:type="dxa" w:w="2200"/>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Readiness Skill Area</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K-2</w:t>
              <w:br/>
              <w:t>Foundational Baseline</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3-5</w:t>
              <w:br/>
              <w:t>Independent Ownership</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6-8</w:t>
              <w:br/>
              <w:t>Targeted Exploration</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9-10</w:t>
              <w:br/>
              <w:t>Pathway Alignment</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11-12</w:t>
              <w:br/>
              <w:t>Postsecondary Transition and Applied Readiness</w:t>
            </w:r>
          </w:p>
        </w:tc>
      </w:tr>
      <w:tr>
        <w:tc>
          <w:tcPr>
            <w:tcW w:type="dxa" w:w="2200"/>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shd w:fill="F2F7F5"/>
          </w:tcPr>
          <w:p>
            <w:pPr>
              <w:spacing w:before="20" w:after="60" w:line="259" w:lineRule="auto"/>
            </w:pPr>
            <w:r>
              <w:rPr>
                <w:rFonts w:ascii="Times New Roman" w:hAnsi="Times New Roman"/>
                <w:b/>
                <w:i w:val="0"/>
                <w:color w:val="1B4F46"/>
                <w:sz w:val="24"/>
                <w:spacing w:val="0"/>
              </w:rPr>
              <w:t>Authentic Questions and Real-World Problems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Explore concrete classroom, home, school, and community questions through observation, conversation, drawing, building, and simple explanations.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Investigate local issues, design challenges, community needs, and multi-step questions that require evidence, revision, and explanation.</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Examine school, community, media, environmental, civic, or technical problems that require research, analysis, stakeholder awareness, and recommendations.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Apply disciplinary knowledge to complex problems, data, systems, audiences, and constraints through projects, prototypes, briefs, or public products.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Complete advanced applied learning such as capstones, fieldwork, internships, research, technical products, service projects, or public problem-solving work.</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K-12 Developmental Shifts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completing activities to solving meaningful problems.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teacher-directed products to student-owned inquiry and revision.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classroom-only work to public, applied, and transferable learning.</w:t>
            </w:r>
          </w:p>
        </w:tc>
      </w:tr>
    </w:tbl>
    <w:p>
      <w:pPr>
        <w:spacing w:before="20" w:after="140" w:line="259" w:lineRule="auto"/>
      </w:pPr>
      <w:r>
        <w:rPr>
          <w:rFonts w:ascii="Times New Roman" w:hAnsi="Times New Roman"/>
          <w:b w:val="0"/>
          <w:i w:val="0"/>
          <w:color w:val="0E2243"/>
          <w:sz w:val="24"/>
          <w:spacing w:val="0"/>
        </w:rPr>
      </w:r>
    </w:p>
    <w:p>
      <w:pPr>
        <w:spacing w:before="200" w:after="80" w:line="259" w:lineRule="auto"/>
      </w:pPr>
      <w:r>
        <w:rPr>
          <w:rFonts w:ascii="Times New Roman" w:hAnsi="Times New Roman"/>
          <w:b/>
          <w:i w:val="0"/>
          <w:color w:val="1B4F46"/>
          <w:sz w:val="30"/>
          <w:spacing w:val="0"/>
        </w:rPr>
        <w:t>Domain 3: Authentic and Applied Learning</w:t>
      </w:r>
    </w:p>
    <w:p>
      <w:pPr>
        <w:spacing w:before="60" w:after="60" w:line="259" w:lineRule="auto"/>
      </w:pPr>
      <w:r>
        <w:rPr>
          <w:rFonts w:ascii="Times New Roman" w:hAnsi="Times New Roman"/>
          <w:b/>
          <w:i w:val="0"/>
          <w:color w:val="0E2243"/>
          <w:sz w:val="26"/>
          <w:spacing w:val="0"/>
        </w:rPr>
        <w:t>Domain Purpose</w:t>
      </w:r>
    </w:p>
    <w:p>
      <w:pPr>
        <w:spacing w:before="0" w:after="120" w:line="259" w:lineRule="auto"/>
      </w:pPr>
      <w:r>
        <w:rPr>
          <w:rFonts w:ascii="Times New Roman" w:hAnsi="Times New Roman"/>
          <w:b w:val="0"/>
          <w:i w:val="0"/>
          <w:color w:val="0E2243"/>
          <w:sz w:val="24"/>
          <w:spacing w:val="0"/>
        </w:rPr>
        <w:t>Domain 3 focuses on making learning relevant, meaningful, rigorous, and connected to real-world application so students can use knowledge and skills beyond the classroom.</w:t>
      </w:r>
    </w:p>
    <w:tbl>
      <w:tblPr>
        <w:tblStyle w:val="TableGrid"/>
        <w:tblW w:type="dxa" w:w="10080"/>
        <w:tblLook w:firstColumn="1" w:firstRow="1" w:lastColumn="0" w:lastRow="0" w:noHBand="0" w:noVBand="1" w:val="04A0"/>
        <w:tblLayout w:type="fixed"/>
      </w:tblPr>
      <w:tblGrid>
        <w:gridCol w:w="10080"/>
      </w:tblGrid>
      <w:tr>
        <w:tc>
          <w:tcPr>
            <w:tcW w:type="dxa" w:w="10080"/>
            <w:shd w:fill="EFF5FB"/>
            <w:tcBorders>
              <w:top w:val="single" w:sz="8" w:space="0" w:color="B8C7DA"/>
              <w:left w:val="single" w:sz="8" w:space="0" w:color="B8C7DA"/>
              <w:bottom w:val="single" w:sz="8" w:space="0" w:color="B8C7DA"/>
              <w:right w:val="single" w:sz="8" w:space="0" w:color="B8C7DA"/>
            </w:tcBorders>
            <w:tcMar>
              <w:top w:w="180" w:type="dxa"/>
              <w:start w:w="210" w:type="dxa"/>
              <w:bottom w:w="180" w:type="dxa"/>
              <w:end w:w="210" w:type="dxa"/>
            </w:tcMar>
          </w:tcPr>
          <w:p>
            <w:pPr>
              <w:spacing w:before="20" w:after="60" w:line="259" w:lineRule="auto"/>
            </w:pPr>
            <w:r>
              <w:rPr>
                <w:rFonts w:ascii="Times New Roman" w:hAnsi="Times New Roman"/>
                <w:b w:val="0"/>
                <w:i w:val="0"/>
                <w:color w:val="0E2243"/>
                <w:sz w:val="24"/>
                <w:spacing w:val="0"/>
              </w:rPr>
              <w:t>District-wide expectation: Every building must provide students with authentic and applied learning experiences that connect academic knowledge to real questions, problems, audiences, products, performances, and future use. Grades K-2 build curiosity and concrete application. Grades 3-5 introduce structured projects and public sharing. Grades 6-8 expand sustained inquiry and interdisciplinary relevance. Grades 9-10 align authentic tasks with disciplinary depth and pathway exploration. Grades 11-12 use capstones, portfolios, work-based learning, civic projects, technical products, and performance evidence to demonstrate readiness and transfer.</w:t>
            </w:r>
          </w:p>
        </w:tc>
      </w:tr>
    </w:tbl>
    <w:p>
      <w:pPr>
        <w:spacing w:before="20" w:after="140" w:line="259" w:lineRule="auto"/>
      </w:pPr>
      <w:r>
        <w:rPr>
          <w:rFonts w:ascii="Times New Roman" w:hAnsi="Times New Roman"/>
          <w:b w:val="0"/>
          <w:i w:val="0"/>
          <w:color w:val="0E2243"/>
          <w:sz w:val="24"/>
          <w:spacing w:val="0"/>
        </w:rPr>
      </w:r>
    </w:p>
    <w:p>
      <w:pPr>
        <w:spacing w:before="160" w:after="100" w:line="259" w:lineRule="auto"/>
      </w:pPr>
      <w:r>
        <w:rPr>
          <w:rFonts w:ascii="Times New Roman" w:hAnsi="Times New Roman"/>
          <w:b/>
          <w:i w:val="0"/>
          <w:color w:val="1B4F46"/>
          <w:sz w:val="28"/>
          <w:spacing w:val="0"/>
        </w:rPr>
        <w:t>Grade-Band Implementation Direction</w:t>
      </w:r>
    </w:p>
    <w:p>
      <w:pPr>
        <w:spacing w:before="240" w:after="40" w:line="259" w:lineRule="auto"/>
      </w:pPr>
      <w:r>
        <w:rPr>
          <w:rFonts w:ascii="Times New Roman" w:hAnsi="Times New Roman"/>
          <w:b/>
          <w:i w:val="0"/>
          <w:color w:val="0E2243"/>
          <w:sz w:val="28"/>
          <w:spacing w:val="0"/>
        </w:rPr>
        <w:t>Grades K-2</w:t>
      </w:r>
    </w:p>
    <w:p>
      <w:pPr>
        <w:spacing w:before="0" w:after="100" w:line="259" w:lineRule="auto"/>
      </w:pPr>
      <w:r>
        <w:rPr>
          <w:rFonts w:ascii="Times New Roman" w:hAnsi="Times New Roman"/>
          <w:b w:val="0"/>
          <w:i/>
          <w:color w:val="1B4F46"/>
          <w:sz w:val="24"/>
          <w:spacing w:val="0"/>
        </w:rPr>
        <w:t>Build curiosity, hands-on exploration, early problem solving, and simple connections between learning and real life.</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explore real objects, classroom problems, stories, community roles, nature, tools, and everyday questions through talk, drawing, building, and observation.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make simple choices about materials, roles, questions, drawings, models, or ways to share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create products such as drawings, models, shared structures, class books, explanations, demonstrations, or classroom solutions.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explaining what they tried, what changed, what helped, and where the learning might be used.</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Project Zero: Thinking Routines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Design short applied tasks that connect foundational skills to concrete experiences and familiar audiences.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to ask questions, observe, explain, listen, take turns, try again, and improve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simple criteria for quality, such as clear explanation, careful observation, helpful contribution, or improved design.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Make family and community connections visible without turning early learning into career selection.</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Teacher Toolkit: Think-Pair-Share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applied learning routine using observation, questioning, building, explaining,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Short learning-to-life connections embedded in literacy, math, science, social studies, art, and classroom routines.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simple process for students to create, share, receive feedback, and improve a product or explanation.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communication showing how hands-on learning builds curiosity, responsibility, communication, and problem solving.</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Project Zero: Thinking Routines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Classroom improvement challenge: students identify a classroom problem, build or draw a possible solution, and explain how it helps.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Story problem transfer: after a read-aloud, students connect a character's problem to a real classroom or community situation.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Shared structure build: students use blocks or recycled materials to build a structure, use partner roles, and explain what they changed.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Nature or school observation walk: students notice patterns, ask questions, draw evidence, and share one explanation.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Helpful tool design: students create a simple tool, sign, picture guide, or routine that helps classmates do something more independently.</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NAEYC: Using Blocks to Develop 21st Century Skills</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NISE Network: Creative Reinvention</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Makedo: Recycle City</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drawings, models, explanations, observation notes, shared products, and reflection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Teacher notes showing students ask questions, revise, explain choices, and connect learning to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classroom tasks that include hands-on exploration, student choice, and simple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or student feedback about curiosity, confidence, communication, and contribution.</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applied learning routine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shared set of simple quality criteria for early applied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 least one grade-level example of an applied learning task with reflection.</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Project Zero: Thinking Routines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K-2: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3-5</w:t>
      </w:r>
    </w:p>
    <w:p>
      <w:pPr>
        <w:spacing w:before="0" w:after="100" w:line="259" w:lineRule="auto"/>
      </w:pPr>
      <w:r>
        <w:rPr>
          <w:rFonts w:ascii="Times New Roman" w:hAnsi="Times New Roman"/>
          <w:b w:val="0"/>
          <w:i/>
          <w:color w:val="1B4F46"/>
          <w:sz w:val="24"/>
          <w:spacing w:val="0"/>
        </w:rPr>
        <w:t>Strengthen project-based learning, inquiry, collaboration, communication, and student ownership through real-world tasks.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investigate local issues, community questions, open-ended engineering challenges, complex texts, data, and problems with more than one possible solution.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analyze multiple viewpoints, evaluate basic source credibility, test and revise scientific hypotheses, and explain conclusions using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create products, models, persuasive multimedia presentations, campaigns, prototypes, performances, narratives, or recommendations for a specific audience.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use team roles, project timelines, equitable task assignment, peer feedback, criteria, drafts, revision, disagreement resolution,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digital citizenship, media literacy, basic coding or digital creation, foundational budgeting, weekly goal-setting, study habits, resilience, and transfer of learning.</w:t>
            </w:r>
          </w:p>
          <w:p>
            <w:pPr>
              <w:spacing w:before="100" w:after="0" w:line="259" w:lineRule="auto"/>
            </w:pPr>
            <w:r>
              <w:rPr>
                <w:rFonts w:ascii="Times New Roman" w:hAnsi="Times New Roman"/>
                <w:b/>
                <w:i w:val="0"/>
                <w:color w:val="1B4F46"/>
                <w:sz w:val="24"/>
                <w:spacing w:val="0"/>
              </w:rPr>
              <w:t xml:space="preserve">Resources: </w:t>
            </w:r>
            <w:hyperlink r:id="rId19">
              <w:r>
                <w:rPr>
                  <w:rFonts w:ascii="Times New Roman" w:hAnsi="Times New Roman"/>
                  <w:sz w:val="24"/>
                  <w:color w:val="1F4E79"/>
                  <w:u w:val="single"/>
                </w:rPr>
                <w:t>High Quality Project Based Learning Framework</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Design projects with clear learning goals, authentic questions, student voice, collaboration, feedback, revision, and public sharing.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how to research, evaluate basic evidence, compare viewpoints, communicate to an audience, manage tasks, and revise using criteria.</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 explicit routines for project timelines, equitable collaboration, constructive peer feedback, disagreement resolution, and collective presentation.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Ensure project roles and products require academic thinking, problem solving, design, communication, and revision rather than decorative completion.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equitable participation in leadership, presentation, research, design, and technology roles.</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Project Zero: Thinking Routines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project sequence that includes inquiry, collaboration, product creation, media or digital communication, feedback, revision, presentation,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shared project planning template with learning goals, driving question, audience, product, criteria, and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classroom routine for peer critique, revision,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self-direction routine for weekly goals, study habits, responsibility, resilience, and support-seeking.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access to meaningful project roles and public communication opportunities.</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PBLWorks: Getting Started with Project Based Learning</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PBLWorks: Projects and Resources</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High Quality Project Based Learning Framework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Community issue project: students investigate a local need, compare viewpoints, and present a recommendation to a classroom, school, or community audience.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Engineering design challenge: students design, test, revise, and explain a prototype using criteria and constraints.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Persuasive multimedia campaign: students use evidence, visuals, writing, and speaking to advocate for a school or community improvement.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Source credibility mini-investigation: students compare two or three sources, identify useful evidence, and explain which source is more trustworthy and why.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Collaborative project timeline: students assign roles, manage checkpoints, resolve disagreements, and present a collective solution.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Digital creation task: students code a simple interactive product, remix digital media, or create a digital explanation tied to an academic concept.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Foundational budgeting and tradeoff simulation: students make spending, saving, and planning decisions connected to a project or real-life scenario.</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Exhibition of learning: students display drafts, final products, reflection, and evidence of revision for families or another class.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Interdisciplinary problem brief: students combine reading, data, visuals, and explanation to propose a practical response to a real question.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Thoughtful Learning: Student Writing Models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Code.org: Elementary Computer Science Curriculum</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plans, driving questions, rubrics, prototypes, drafts, revision artifacts, and reflection sheets.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presentations, products, writing, models, multimedia artifacts, and audience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Source evaluation notes, hypothesis testing records, data observations, design revisions, and evidence-based explanations.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Peer critique records, team role reflections, task timelines, disagreement-resolution notes, collaboration observations, and teacher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Goal-setting records, study/reflection logs, digital citizenship artifacts, budgeting reflections, and resilience/self-direction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data showing access to research, design, leadership, presentation, media, technology, and public communication roles.</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Learning Policy Institute: Assessment</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applied learning experience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common project planning and reflection template.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routine for project timelines, equitable collaboration, peer feedback, revision, and public sharing.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plan for monitoring quality, access, self-direction, digital/media literacy, collaboration, and public communication.</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High Quality Project Based Learning Framework</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3-5: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6-8</w:t>
      </w:r>
    </w:p>
    <w:p>
      <w:pPr>
        <w:spacing w:before="0" w:after="100" w:line="259" w:lineRule="auto"/>
      </w:pPr>
      <w:r>
        <w:rPr>
          <w:rFonts w:ascii="Times New Roman" w:hAnsi="Times New Roman"/>
          <w:b w:val="0"/>
          <w:i/>
          <w:color w:val="1B4F46"/>
          <w:sz w:val="24"/>
          <w:spacing w:val="0"/>
        </w:rPr>
        <w:t>Expand authentic learning through sustained inquiry, interdisciplinary projects, student voice, public products, and real-world relevance.</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investigate school, community, environmental, civic, media, technical, or career-connected problems using research and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shape questions, manage project roles, seek feedback, revise work, and connect products to audience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create public products such as presentations, exhibits, websites, campaigns, prototypes, videos, service projects, or recommendations.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reflect on how project skills connect to high school choices, career exploration, civic contribution, and personal growth.</w:t>
            </w:r>
          </w:p>
          <w:p>
            <w:pPr>
              <w:spacing w:before="100" w:after="0" w:line="259" w:lineRule="auto"/>
            </w:pPr>
            <w:r>
              <w:rPr>
                <w:rFonts w:ascii="Times New Roman" w:hAnsi="Times New Roman"/>
                <w:b/>
                <w:i w:val="0"/>
                <w:color w:val="1B4F46"/>
                <w:sz w:val="24"/>
                <w:spacing w:val="0"/>
              </w:rPr>
              <w:t xml:space="preserve">Resources: </w:t>
            </w:r>
            <w:hyperlink r:id="rId19">
              <w:r>
                <w:rPr>
                  <w:rFonts w:ascii="Times New Roman" w:hAnsi="Times New Roman"/>
                  <w:sz w:val="24"/>
                  <w:color w:val="1F4E79"/>
                  <w:u w:val="single"/>
                </w:rPr>
                <w:t>High Quality Project Based Learning Framework</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NewseumED: Fact Finder</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Google Applied Digital Skills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Design interdisciplinary or subject-specific projects with authentic questions, clear standards, public product expectations, and revision cycles.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research, source evaluation, project management, collaboration, communication, audience awareness,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 structures for student voice while maintaining clear criteria, timelines, scaffolds, and adult guidance.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whether all students have access to meaningful roles, feedback, public communication, and applied problem solving.</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applied learning sequence that includes sustained inquiry, real-world relevance, collaboration, public product, feedback,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project management routine for roles, timelines, checkpoints, resources, critique, revision, and presentation.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portfolio process that captures project artifacts, reflection, audience feedback, and evidence of growth.</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identifying students who need additional support with research, collaboration, communication, or project completion.</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PBLWorks: Getting Started with Project Based Learning</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PBLWorks: Projects and Resources</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High Quality Project Based Learning Framework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Local environmental challenge: students gather evidence, identify stakeholders, test ideas, and present recommendations.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Media and information project: students fact-check claims, identify bias, create a public guide, and explain how people can evaluate information.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Community service design: students identify a need, design a response, coordinate roles, collect evidence, and reflect on impact.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Website, app, or media campaign: students create a digital product for a real school or community audience.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Portfolio presentation: students present project artifacts, collaboration evidence, revision decisions, and future learning questions.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Thoughtful Learning: Student Writing Models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Code.org: Middle School Computer Science</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NewseumED: Fact Finder</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plans, research notes, source evaluations, prototypes, products, presentations, and audience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Team role logs, timelines, critique records, revision evidence, collaboration reflections, and teacher observation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portfolio artifacts showing inquiry, quality work, applied skills,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data showing access to leadership, public presentation, technology, service, and applied problem-solving roles.</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Learning Policy Institute: Assessment</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authentic learning and project sequence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project management and critique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portfolio or exhibition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support process for students who need help completing authentic tasks.</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High Quality Project Based Learning Framework</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6-8: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9-10</w:t>
      </w:r>
    </w:p>
    <w:p>
      <w:pPr>
        <w:spacing w:before="0" w:after="100" w:line="259" w:lineRule="auto"/>
      </w:pPr>
      <w:r>
        <w:rPr>
          <w:rFonts w:ascii="Times New Roman" w:hAnsi="Times New Roman"/>
          <w:b w:val="0"/>
          <w:i/>
          <w:color w:val="1B4F46"/>
          <w:sz w:val="24"/>
          <w:spacing w:val="0"/>
        </w:rPr>
        <w:t>Align authentic learning with disciplinary depth, pathway exploration, technical communication, public products, and performance evidence.</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apply disciplinary knowledge to complex problems, data, systems, case studies, community issues, and real audiences.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create briefs, prototypes, demonstrations, technical products, research reports, media products, or presentations that require evidence and revision.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use project timelines, critique, performance criteria, audience feedback, and reflection to improve 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connect authentic learning to pathway interests, course choices, career-connected experiences, and future planning.</w:t>
            </w:r>
          </w:p>
          <w:p>
            <w:pPr>
              <w:spacing w:before="100" w:after="0" w:line="259" w:lineRule="auto"/>
            </w:pPr>
            <w:r>
              <w:rPr>
                <w:rFonts w:ascii="Times New Roman" w:hAnsi="Times New Roman"/>
                <w:b/>
                <w:i w:val="0"/>
                <w:color w:val="1B4F46"/>
                <w:sz w:val="24"/>
                <w:spacing w:val="0"/>
              </w:rPr>
              <w:t xml:space="preserve">Resources: </w:t>
            </w:r>
            <w:hyperlink r:id="rId19">
              <w:r>
                <w:rPr>
                  <w:rFonts w:ascii="Times New Roman" w:hAnsi="Times New Roman"/>
                  <w:sz w:val="24"/>
                  <w:color w:val="1F4E79"/>
                  <w:u w:val="single"/>
                </w:rPr>
                <w:t>High Quality Project Based Learning Framework</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Code.org: Computer Science Discoveries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Design projects that preserve academic rigor while requiring application, transfer, audience awareness, and public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how to use disciplinary tools, evidence, data, research, critique, revision, and professional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Connect projects to CTE, advanced coursework, community partners, career exploration, and postsecondary planning where appropriate.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access to rigorous authentic tasks across subjects, student groups, courses, and buildings.</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Learning Policy Institute: Using Performance Assessments to Support Student Learning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9-10 authentic learning process that includes standards, inquiry, applied product, feedback, revision, presentation,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performance task or project protocol for technical communication, evidence use, collaboration, and audience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connecting authentic tasks to individual plans of study, pathway interests, and career-connected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system for monitoring equitable access to rigorous applied learning across courses and student groups.</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PBLWorks: Getting Started with Project Based Learning</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Learning Policy Institute: Assessment</w:t>
              </w:r>
            </w:hyperlink>
            <w:r>
              <w:rPr>
                <w:rFonts w:ascii="Times New Roman" w:hAnsi="Times New Roman"/>
                <w:b w:val="0"/>
                <w:i w:val="0"/>
                <w:color w:val="0E2243"/>
                <w:sz w:val="24"/>
                <w:spacing w:val="0"/>
              </w:rPr>
              <w:t xml:space="preserve">; </w:t>
            </w:r>
            <w:hyperlink r:id="rId33">
              <w:r>
                <w:rPr>
                  <w:rFonts w:ascii="Times New Roman" w:hAnsi="Times New Roman"/>
                  <w:sz w:val="24"/>
                  <w:color w:val="1F4E79"/>
                  <w:u w:val="single"/>
                </w:rPr>
                <w:t>IES REL Central: Individual Plans of Study Tip Sheet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Technical brief or project pitch: students propose a solution using evidence, constraints, data, and audience-specific recommendations.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Community data project: students analyze a real dataset, identify patterns, and present an evidence-based recommendation.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Prototype and critique cycle: students design, test, receive feedback, revise, and defend an applied product.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Career-connected case study: students investigate a field-specific problem and explain how professionals would approach it.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Public exhibition or performance task: students present artifacts, reasoning, revision, and future implications to an authentic audience.</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Thoughtful Learning: Student Writing Models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Code.org: Computer Science Discoveries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Performance tasks, project plans, research reports, technical briefs, prototypes, public products, and presentation rubrics.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Critique records, revision evidence, audience feedback, data analyses, reflection, and project-management logs.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interdisciplinary or subject-specific authentic tasks across courses and student groups.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Disaggregated data showing access to rigorous projects, technical communication, public products, and pathway-connected learning.</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Learning Policy Institute: Assessment</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9-10 authentic learning and performance task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shared project/performance task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plan for connecting authentic learning to pathway interests and individual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equity of access to rigorous applied learning.</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Learning Policy Institute: Using Performance Assessments to Support Student Learning</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9-10: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11-12</w:t>
      </w:r>
    </w:p>
    <w:p>
      <w:pPr>
        <w:spacing w:before="0" w:after="100" w:line="259" w:lineRule="auto"/>
      </w:pPr>
      <w:r>
        <w:rPr>
          <w:rFonts w:ascii="Times New Roman" w:hAnsi="Times New Roman"/>
          <w:b w:val="0"/>
          <w:i/>
          <w:color w:val="1B4F46"/>
          <w:sz w:val="24"/>
          <w:spacing w:val="0"/>
        </w:rPr>
        <w:t>Use capstone, portfolio, work-based, civic, technical, and postsecondary-connected experiences to demonstrate readiness and transfer.</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complete advanced applied learning through capstones, portfolios, internships, apprenticeships, service learning, research, CTE, dual enrollment, technical products, or community projects.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defend evidence of learning, growth, applied skills, public contribution, and future direction before authentic audiences.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use external feedback, performance criteria, supervisor or mentor input, revision, and reflection to improve final products.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connect applied learning evidence to Enrollment, Enlistment, Employment, civic contribution, independent living, and adult readiness.</w:t>
            </w:r>
          </w:p>
          <w:p>
            <w:pPr>
              <w:spacing w:before="100" w:after="0" w:line="259" w:lineRule="auto"/>
            </w:pPr>
            <w:r>
              <w:rPr>
                <w:rFonts w:ascii="Times New Roman" w:hAnsi="Times New Roman"/>
                <w:b/>
                <w:i w:val="0"/>
                <w:color w:val="1B4F46"/>
                <w:sz w:val="24"/>
                <w:spacing w:val="0"/>
              </w:rPr>
              <w:t xml:space="preserve">Resources: </w:t>
            </w:r>
            <w:hyperlink r:id="rId19">
              <w:r>
                <w:rPr>
                  <w:rFonts w:ascii="Times New Roman" w:hAnsi="Times New Roman"/>
                  <w:sz w:val="24"/>
                  <w:color w:val="1F4E79"/>
                  <w:u w:val="single"/>
                </w:rPr>
                <w:t>High Quality Project Based Learning Framework</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U.S. Department of Education: Career Pathways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capstone, portfolio, work-based learning, or performance assessment structures with criteria, checkpoints, feedback, and public presentation.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advisors, CTE staff, counselors, employers, community partners, postsecondary partners, and families around applied learning opportunities.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how to document evidence, communicate professionally, reflect on growth, respond to feedback, and connect learning to next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equitable access to capstones, public audiences, mentors, internships, credentials, technical learning, and high-quality performance tasks.</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Learning Policy Institute: Using Performance Assessments to Support Student Learning</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senior capstone, portfolio, Presentation of Learning, or performance assessment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work-based, civic, technical, or community-connected applied learning access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common rubric or criteria set for readiness, quality work, reflection, communication, and transfer.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system for tracking which students have meaningful applied learning evidence before graduation.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Learning Policy Institute: Assessment</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PBLWorks: Getting Started with Project Based Learning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capstone defense: students present a problem, process, product, evidence, revision, feedback, readiness skills, and next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Internship or apprenticeship project: students complete a workplace-connected product or reflection using supervisor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Community impact project: students partner with an organization to address a real need and document contribution and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Technical certification or product portfolio: students compile evidence of applied skill, credential progress, and career connection.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Postsecondary transition portfolio: students connect applied learning artifacts to future plans, interviews, applications, or placement goals.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Thoughtful Learning: Student Writing Models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CareerOneStop: Find Certifications</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Apprenticeship.gov: Career Seekers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Capstone, portfolio, Presentation of Learning, performance task, work-based learning, technical product, or community project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Rubrics, mentor feedback, supervisor feedback, public presentation records, revision evidence, and student reflections.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and completion data for capstones, internships, apprenticeships, service learning, credentials, CTE, dual enrollment, and public products.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Disaggregated evidence showing equitable access to rigorous authentic learning and applied readiness opportunities.</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Learning Policy Institute: Using Performance Assessments to Support Student Learning</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High Quality Project Based Learning Framework</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capstone, portfolio, or performance assessment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public presentation or defense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work-based, civic, technical, or community-connected applied learning access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rubric or criteria set for quality, transfer, readiness,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monitoring process for equitable access and completion.</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Learning Policy Institute: Using Performance Assessments to Support Student Learning</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PBLWorks: Gold Standard Teaching Practices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U.S. Department of Education: Career Pathways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11-12: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00" w:after="100" w:line="259" w:lineRule="auto"/>
      </w:pPr>
      <w:r>
        <w:rPr>
          <w:rFonts w:ascii="Times New Roman" w:hAnsi="Times New Roman"/>
          <w:b/>
          <w:i w:val="0"/>
          <w:color w:val="1B4F46"/>
          <w:sz w:val="28"/>
          <w:spacing w:val="0"/>
        </w:rPr>
        <w:t>District Follow-Through</w:t>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the district supports implementation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readiness language, examples, templates, and communication tools so buildings do not have to invent the framework.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building plans to confirm that grade-band expectations are clear, realistic, and aligned to the district model.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quarterly building updates to identify cross-building patterns, access gaps, implementation barriers,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professional learning, coaching, partnership support, and problem-solving help when buildings encounter barriers.</w:t>
            </w:r>
          </w:p>
        </w:tc>
      </w:tr>
    </w:tbl>
    <w:p>
      <w:pPr>
        <w:spacing w:before="20" w:after="140" w:line="259" w:lineRule="auto"/>
      </w:pPr>
      <w:r>
        <w:rPr>
          <w:rFonts w:ascii="Times New Roman" w:hAnsi="Times New Roman"/>
          <w:b w:val="0"/>
          <w:i w:val="0"/>
          <w:color w:val="0E2243"/>
          <w:sz w:val="24"/>
          <w:spacing w:val="0"/>
        </w:rPr>
      </w:r>
    </w:p>
    <w:sectPr w:rsidR="00FC693F" w:rsidRPr="0006063C" w:rsidSect="00034616">
      <w:pgSz w:w="12240" w:h="15840"/>
      <w:pgMar w:top="1037" w:right="1080" w:bottom="103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before="0" w:after="6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rPr>
  </w:style>
  <w:style w:type="paragraph" w:styleId="ListParagraph">
    <w:name w:val="List Paragraph"/>
    <w:basedOn w:val="Normal"/>
    <w:uiPriority w:val="34"/>
    <w:qFormat/>
    <w:rsid w:val="00FC693F"/>
    <w:pPr>
      <w:spacing w:line="259" w:lineRule="auto" w:before="0" w:after="60"/>
      <w:ind w:left="720"/>
      <w:contextualSpacing/>
    </w:pPr>
    <w:rPr>
      <w:rFonts w:ascii="Times New Roman" w:hAnsi="Times New Roman"/>
      <w:sz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before="0"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tatic.battelleforkids.org/documents/p21/P21_ELF_Framework_Final_20pgs.pdf" TargetMode="External"/><Relationship Id="rId10" Type="http://schemas.openxmlformats.org/officeDocument/2006/relationships/hyperlink" Target="https://pz.harvard.edu/thinking-routines" TargetMode="External"/><Relationship Id="rId11" Type="http://schemas.openxmlformats.org/officeDocument/2006/relationships/hyperlink" Target="https://www.theteachertoolkit.com/index.php/tool/think-pair-share" TargetMode="External"/><Relationship Id="rId12" Type="http://schemas.openxmlformats.org/officeDocument/2006/relationships/hyperlink" Target="https://my.pblworks.org/projects" TargetMode="External"/><Relationship Id="rId13" Type="http://schemas.openxmlformats.org/officeDocument/2006/relationships/hyperlink" Target="https://www.naeyc.org/resources/pubs/yc/mar2015/using-blocks" TargetMode="External"/><Relationship Id="rId14" Type="http://schemas.openxmlformats.org/officeDocument/2006/relationships/hyperlink" Target="https://www.nisenet.org/catalog/creative-reinvention" TargetMode="External"/><Relationship Id="rId15" Type="http://schemas.openxmlformats.org/officeDocument/2006/relationships/hyperlink" Target="https://hub.make.do/education/sel-lesson-plans/recycle-city" TargetMode="External"/><Relationship Id="rId16" Type="http://schemas.openxmlformats.org/officeDocument/2006/relationships/hyperlink" Target="https://my.pblworks.org/resources?f%5B0%5D=type%3A27" TargetMode="External"/><Relationship Id="rId17" Type="http://schemas.openxmlformats.org/officeDocument/2006/relationships/hyperlink" Target="https://www.eleducation.org/models-of-excellence" TargetMode="External"/><Relationship Id="rId18" Type="http://schemas.openxmlformats.org/officeDocument/2006/relationships/hyperlink" Target="https://www.schoolcounselor.org/Standards-Positions/Standards/ASCA-Mindsets-Behaviors-for-Student-Success" TargetMode="External"/><Relationship Id="rId19" Type="http://schemas.openxmlformats.org/officeDocument/2006/relationships/hyperlink" Target="https://hqpbl.org/" TargetMode="External"/><Relationship Id="rId20" Type="http://schemas.openxmlformats.org/officeDocument/2006/relationships/hyperlink" Target="https://www.pblworks.org/what-is-pbl/gold-standard-teaching-practices" TargetMode="External"/><Relationship Id="rId21" Type="http://schemas.openxmlformats.org/officeDocument/2006/relationships/hyperlink" Target="https://www.pblworks.org/get-started-educators" TargetMode="External"/><Relationship Id="rId22" Type="http://schemas.openxmlformats.org/officeDocument/2006/relationships/hyperlink" Target="https://www.pblworks.org/resources-overview" TargetMode="External"/><Relationship Id="rId23" Type="http://schemas.openxmlformats.org/officeDocument/2006/relationships/hyperlink" Target="https://k12.thoughtfullearning.com/resources/studentmodels" TargetMode="External"/><Relationship Id="rId24" Type="http://schemas.openxmlformats.org/officeDocument/2006/relationships/hyperlink" Target="https://code.org/en-US/curriculum/elementary-school" TargetMode="External"/><Relationship Id="rId25" Type="http://schemas.openxmlformats.org/officeDocument/2006/relationships/hyperlink" Target="https://learningpolicyinstitute.org/topic/assessment" TargetMode="External"/><Relationship Id="rId26" Type="http://schemas.openxmlformats.org/officeDocument/2006/relationships/hyperlink" Target="https://newseumed.org/fact-finder-introduction" TargetMode="External"/><Relationship Id="rId27" Type="http://schemas.openxmlformats.org/officeDocument/2006/relationships/hyperlink" Target="https://grow.google/applied-digital-skills/" TargetMode="External"/><Relationship Id="rId28" Type="http://schemas.openxmlformats.org/officeDocument/2006/relationships/hyperlink" Target="https://www.commonsense.org/education/digital-literacy" TargetMode="External"/><Relationship Id="rId29" Type="http://schemas.openxmlformats.org/officeDocument/2006/relationships/hyperlink" Target="https://code.org/pl/curriculum/middle-school" TargetMode="External"/><Relationship Id="rId30" Type="http://schemas.openxmlformats.org/officeDocument/2006/relationships/hyperlink" Target="https://www.naceweb.org/career-readiness/competencies/career-readiness-defined" TargetMode="External"/><Relationship Id="rId31" Type="http://schemas.openxmlformats.org/officeDocument/2006/relationships/hyperlink" Target="https://code.org/en-US/curriculum/computer-science-discoveries" TargetMode="External"/><Relationship Id="rId32" Type="http://schemas.openxmlformats.org/officeDocument/2006/relationships/hyperlink" Target="https://learningpolicyinstitute.org/media/462/download?file=CPAC_Performance_Assessments_Student_Learning_2_REPORT.pdf" TargetMode="External"/><Relationship Id="rId33" Type="http://schemas.openxmlformats.org/officeDocument/2006/relationships/hyperlink" Target="https://ies.ed.gov/sites/default/files/rel-central/document/2025/11/RELCETipGoalSetting.pdf" TargetMode="External"/><Relationship Id="rId34" Type="http://schemas.openxmlformats.org/officeDocument/2006/relationships/hyperlink" Target="https://www.ed.gov/higher-education/career-pathways" TargetMode="External"/><Relationship Id="rId35" Type="http://schemas.openxmlformats.org/officeDocument/2006/relationships/hyperlink" Target="https://www.careeronestop.org/FindTraining/Types/certifications.aspx" TargetMode="External"/><Relationship Id="rId36" Type="http://schemas.openxmlformats.org/officeDocument/2006/relationships/hyperlink" Target="https://www.apprenticeship.gov/career-see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Building Implementation Guide Prototype - Domain 3 Grade-Band V1</dc:title>
  <dc:subject>Master Building Implementation Guide prototype with Domain 1 developed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