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dxa" w:w="10080"/>
        <w:tblLook w:firstColumn="1" w:firstRow="1" w:lastColumn="0" w:lastRow="0" w:noHBand="0" w:noVBand="1" w:val="04A0"/>
        <w:tblLayout w:type="fixed"/>
      </w:tblPr>
      <w:tblGrid>
        <w:gridCol w:w="10080"/>
      </w:tblGrid>
      <w:tr>
        <w:tc>
          <w:tcPr>
            <w:tcW w:type="dxa" w:w="10080"/>
            <w:shd w:fill="1B4F46"/>
            <w:tcBorders>
              <w:top w:val="single" w:sz="8" w:space="0" w:color="1B4F46"/>
              <w:left w:val="single" w:sz="8" w:space="0" w:color="1B4F46"/>
              <w:bottom w:val="single" w:sz="8" w:space="0" w:color="1B4F46"/>
              <w:right w:val="single" w:sz="8" w:space="0" w:color="1B4F46"/>
            </w:tcBorders>
            <w:tcMar>
              <w:top w:w="250" w:type="dxa"/>
              <w:start w:w="220" w:type="dxa"/>
              <w:bottom w:w="250" w:type="dxa"/>
              <w:end w:w="220" w:type="dxa"/>
            </w:tcMar>
          </w:tcPr>
          <w:p>
            <w:pPr>
              <w:jc w:val="center"/>
            </w:pPr>
            <w:r>
              <w:rPr>
                <w:rFonts w:ascii="Times New Roman" w:hAnsi="Times New Roman"/>
                <w:b/>
                <w:i w:val="0"/>
                <w:color w:val="D8B864"/>
                <w:sz w:val="36"/>
                <w:spacing w:val="0"/>
              </w:rPr>
              <w:t>Preparing Students for Life After High School</w:t>
            </w:r>
          </w:p>
          <w:p>
            <w:pPr>
              <w:jc w:val="center"/>
            </w:pPr>
            <w:r>
              <w:rPr>
                <w:rFonts w:ascii="Times New Roman" w:hAnsi="Times New Roman"/>
                <w:b/>
                <w:i w:val="0"/>
                <w:color w:val="FFFFFF"/>
                <w:sz w:val="28"/>
                <w:spacing w:val="0"/>
              </w:rPr>
              <w:t>Building Implementation Guide</w:t>
            </w:r>
          </w:p>
        </w:tc>
      </w:tr>
    </w:tbl>
    <w:tbl>
      <w:tblPr>
        <w:tblStyle w:val="TableGrid"/>
        <w:tblW w:type="dxa" w:w="10080"/>
        <w:tblLook w:firstColumn="1" w:firstRow="1" w:lastColumn="0" w:lastRow="0" w:noHBand="0" w:noVBand="1" w:val="04A0"/>
        <w:tblLayout w:type="fixed"/>
      </w:tblPr>
      <w:tblGrid>
        <w:gridCol w:w="10080"/>
      </w:tblGrid>
      <w:tr>
        <w:tc>
          <w:tcPr>
            <w:tcW w:type="dxa" w:w="10080"/>
            <w:shd w:fill="F2F7F5"/>
            <w:tcBorders>
              <w:top w:val="single" w:sz="8" w:space="0" w:color="BFD5D0"/>
              <w:left w:val="single" w:sz="8" w:space="0" w:color="BFD5D0"/>
              <w:bottom w:val="single" w:sz="8" w:space="0" w:color="BFD5D0"/>
              <w:right w:val="single" w:sz="8" w:space="0" w:color="BFD5D0"/>
            </w:tcBorders>
            <w:tcMar>
              <w:top w:w="180" w:type="dxa"/>
              <w:start w:w="220" w:type="dxa"/>
              <w:bottom w:w="170" w:type="dxa"/>
              <w:end w:w="220" w:type="dxa"/>
            </w:tcMar>
          </w:tcPr>
          <w:p>
            <w:pPr>
              <w:spacing w:after="100"/>
            </w:pPr>
            <w:r>
              <w:rPr>
                <w:rFonts w:ascii="Times New Roman" w:hAnsi="Times New Roman"/>
                <w:b/>
                <w:i w:val="0"/>
                <w:color w:val="1B4F46"/>
                <w:sz w:val="26"/>
                <w:spacing w:val="0"/>
              </w:rPr>
              <w:t>How to Use This Guide and Why This Work Matters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Preparing students for life after high school should be central to the mission of K-12 education. Graduation is not the finish line by itself.</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This guide describes what students should experience across K-12 in order to leave high school prepared for enrollment, enlistment, employment, civic participation, and adult life.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Building teams should focus on the grade bands served in their specific building and use the implementation examples as starting points.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the public resource links inside each component row when the building team needs examples, models, or implementation support.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Complete the planning response table to identify local decisions, first actions, evidence, and district support needs.</w:t>
            </w:r>
          </w:p>
        </w:tc>
      </w:tr>
    </w:tbl>
    <w:p>
      <w:pPr>
        <w:spacing w:before="20" w:after="140" w:line="259" w:lineRule="auto"/>
      </w:pPr>
      <w:r>
        <w:rPr>
          <w:rFonts w:ascii="Times New Roman" w:hAnsi="Times New Roman"/>
          <w:b w:val="0"/>
          <w:i w:val="0"/>
          <w:color w:val="0E2243"/>
          <w:sz w:val="24"/>
          <w:spacing w:val="0"/>
        </w:rPr>
      </w:r>
    </w:p>
    <w:tbl>
      <w:tblPr>
        <w:tblStyle w:val="TableGrid"/>
        <w:tblW w:type="dxa" w:w="10080"/>
        <w:tblLook w:firstColumn="1" w:firstRow="1" w:lastColumn="0" w:lastRow="0" w:noHBand="0" w:noVBand="1" w:val="04A0"/>
        <w:tblLayout w:type="fixed"/>
      </w:tblPr>
      <w:tblGrid>
        <w:gridCol w:w="10080"/>
      </w:tblGrid>
      <w:tr>
        <w:tc>
          <w:tcPr>
            <w:tcW w:type="dxa" w:w="10080"/>
            <w:shd w:fill="F2F7F5"/>
            <w:tcBorders>
              <w:top w:val="single" w:sz="8" w:space="0" w:color="BFD5D0"/>
              <w:left w:val="single" w:sz="8" w:space="0" w:color="BFD5D0"/>
              <w:bottom w:val="single" w:sz="8" w:space="0" w:color="BFD5D0"/>
              <w:right w:val="single" w:sz="8" w:space="0" w:color="BFD5D0"/>
            </w:tcBorders>
            <w:tcMar>
              <w:top w:w="180" w:type="dxa"/>
              <w:start w:w="220" w:type="dxa"/>
              <w:bottom w:w="170" w:type="dxa"/>
              <w:end w:w="220" w:type="dxa"/>
            </w:tcMar>
          </w:tcPr>
          <w:p>
            <w:pPr>
              <w:spacing w:after="100"/>
            </w:pPr>
            <w:r>
              <w:rPr>
                <w:rFonts w:ascii="Times New Roman" w:hAnsi="Times New Roman"/>
                <w:b/>
                <w:i w:val="0"/>
                <w:color w:val="1B4F46"/>
                <w:sz w:val="26"/>
                <w:spacing w:val="0"/>
              </w:rPr>
              <w:t>Enhancing Content, Not Adding Tasks</w:t>
            </w:r>
          </w:p>
          <w:p>
            <w:pPr>
              <w:spacing w:before="0" w:after="60" w:line="259" w:lineRule="auto"/>
            </w:pPr>
            <w:r>
              <w:rPr>
                <w:rFonts w:ascii="Times New Roman" w:hAnsi="Times New Roman"/>
                <w:b w:val="0"/>
                <w:i w:val="0"/>
                <w:color w:val="0E2243"/>
                <w:sz w:val="24"/>
                <w:spacing w:val="0"/>
              </w:rPr>
              <w:t>The strategies in this guide are designed to strengthen existing curriculum and instruction, not add a separate layer of work. Schools remain responsible for teaching required content, meeting state standards, preparing students for required assessments, and working within accountability expectations. This guide helps building teams embed future-ready skills, authentic application, student reflection, engagement, and readiness experiences into the instructional work already taking place. The goal is to make required learning more meaningful, connected, engaging, and useful for students without creating disconnected tasks or standalone initiatives.</w:t>
            </w:r>
          </w:p>
        </w:tc>
      </w:tr>
    </w:tbl>
    <w:p>
      <w:pPr>
        <w:spacing w:before="20" w:after="140" w:line="259" w:lineRule="auto"/>
      </w:pPr>
      <w:r>
        <w:rPr>
          <w:rFonts w:ascii="Times New Roman" w:hAnsi="Times New Roman"/>
          <w:b w:val="0"/>
          <w:i w:val="0"/>
          <w:color w:val="0E2243"/>
          <w:sz w:val="24"/>
          <w:spacing w:val="0"/>
        </w:rPr>
      </w:r>
    </w:p>
    <w:p>
      <w:pPr>
        <w:spacing w:before="140" w:after="80" w:line="259" w:lineRule="auto"/>
      </w:pPr>
      <w:r>
        <w:rPr>
          <w:rFonts w:ascii="Times New Roman" w:hAnsi="Times New Roman"/>
          <w:b/>
          <w:i w:val="0"/>
          <w:color w:val="1B4F46"/>
          <w:sz w:val="28"/>
          <w:spacing w:val="0"/>
        </w:rPr>
        <w:t>Example K-12 Skill Progression</w:t>
      </w:r>
    </w:p>
    <w:p>
      <w:pPr>
        <w:spacing w:before="0" w:after="120" w:line="259" w:lineRule="auto"/>
      </w:pPr>
      <w:r>
        <w:rPr>
          <w:rFonts w:ascii="Times New Roman" w:hAnsi="Times New Roman"/>
          <w:b w:val="0"/>
          <w:i w:val="0"/>
          <w:color w:val="0E2243"/>
          <w:sz w:val="24"/>
          <w:spacing w:val="0"/>
        </w:rPr>
        <w:t>The example below shows how one readiness skill can develop from kindergarten to postsecondary transition. It is included to help buildings see the progression across grade levels before applying this domain's guidance.</w:t>
      </w:r>
    </w:p>
    <w:tbl>
      <w:tblPr>
        <w:tblStyle w:val="TableGrid"/>
        <w:tblW w:type="dxa" w:w="10080"/>
        <w:tblLook w:firstColumn="1" w:firstRow="1" w:lastColumn="0" w:lastRow="0" w:noHBand="0" w:noVBand="1" w:val="04A0"/>
        <w:tblLayout w:type="fixed"/>
      </w:tblPr>
      <w:tblGrid>
        <w:gridCol w:w="2200"/>
        <w:gridCol w:w="1576"/>
        <w:gridCol w:w="1576"/>
        <w:gridCol w:w="1576"/>
        <w:gridCol w:w="1576"/>
        <w:gridCol w:w="1576"/>
      </w:tblGrid>
      <w:tr>
        <w:tc>
          <w:tcPr>
            <w:tcW w:type="dxa" w:w="2200"/>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Readiness Skill Area</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K-2</w:t>
              <w:br/>
              <w:t>Foundational Baseline</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3-5</w:t>
              <w:br/>
              <w:t>Independent Ownership</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6-8</w:t>
              <w:br/>
              <w:t>Targeted Exploration</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9-10</w:t>
              <w:br/>
              <w:t>Pathway Alignment</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11-12</w:t>
              <w:br/>
              <w:t>Postsecondary Transition and Applied Readiness</w:t>
            </w:r>
          </w:p>
        </w:tc>
      </w:tr>
      <w:tr>
        <w:tc>
          <w:tcPr>
            <w:tcW w:type="dxa" w:w="2200"/>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shd w:fill="F2F7F5"/>
          </w:tcPr>
          <w:p>
            <w:pPr>
              <w:spacing w:before="20" w:after="60" w:line="259" w:lineRule="auto"/>
            </w:pPr>
            <w:r>
              <w:rPr>
                <w:rFonts w:ascii="Times New Roman" w:hAnsi="Times New Roman"/>
                <w:b/>
                <w:i w:val="0"/>
                <w:color w:val="1B4F46"/>
                <w:sz w:val="24"/>
                <w:spacing w:val="0"/>
              </w:rPr>
              <w:t>Critical Thinking and Problem Solving</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Use familiar classroom materials in new ways to solve simple problems.</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Analyze multi-sided texts, investigate local issues, and evaluate basic source credibility.</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Fact-check online information, identify media bias, and use evidence to understand real problems.</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Test real-world hypotheses, evaluate data, and defend evidence-based conclusions.</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Analyze complex issues, complete independent research, and apply judgment to postsecondary, career, civic, or technical decisions.</w:t>
            </w:r>
          </w:p>
        </w:tc>
      </w:tr>
    </w:tbl>
    <w:tbl>
      <w:tblPr>
        <w:tblStyle w:val="TableGrid"/>
        <w:tblW w:type="dxa" w:w="10080"/>
        <w:tblLook w:firstColumn="1" w:firstRow="1" w:lastColumn="0" w:lastRow="0" w:noHBand="0" w:noVBand="1" w:val="04A0"/>
        <w:tblLayout w:type="fixed"/>
      </w:tblPr>
      <w:tblGrid>
        <w:gridCol w:w="10080"/>
      </w:tblGrid>
      <w:tr>
        <w:tc>
          <w:tcPr>
            <w:tcW w:type="dxa" w:w="10080"/>
            <w:shd w:fill="F2F7F5"/>
            <w:tcBorders>
              <w:top w:val="single" w:sz="8" w:space="0" w:color="BFD5D0"/>
              <w:left w:val="single" w:sz="8" w:space="0" w:color="BFD5D0"/>
              <w:bottom w:val="single" w:sz="8" w:space="0" w:color="BFD5D0"/>
              <w:right w:val="single" w:sz="8" w:space="0" w:color="BFD5D0"/>
            </w:tcBorders>
            <w:tcMar>
              <w:top w:w="180" w:type="dxa"/>
              <w:start w:w="220" w:type="dxa"/>
              <w:bottom w:w="170" w:type="dxa"/>
              <w:end w:w="220" w:type="dxa"/>
            </w:tcMar>
          </w:tcPr>
          <w:p>
            <w:pPr>
              <w:spacing w:after="100"/>
            </w:pPr>
            <w:r>
              <w:rPr>
                <w:rFonts w:ascii="Times New Roman" w:hAnsi="Times New Roman"/>
                <w:b/>
                <w:i w:val="0"/>
                <w:color w:val="1B4F46"/>
                <w:sz w:val="26"/>
                <w:spacing w:val="0"/>
              </w:rPr>
              <w:t>K-12 Developmental Shifts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From adult-supported routines to independent planning and navigation.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From playful exploration to applied contribution.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From classroom communication to public, professional, and civic communication.</w:t>
            </w:r>
          </w:p>
        </w:tc>
      </w:tr>
    </w:tbl>
    <w:p>
      <w:pPr>
        <w:spacing w:before="20" w:after="140" w:line="259" w:lineRule="auto"/>
      </w:pPr>
      <w:r>
        <w:rPr>
          <w:rFonts w:ascii="Times New Roman" w:hAnsi="Times New Roman"/>
          <w:b w:val="0"/>
          <w:i w:val="0"/>
          <w:color w:val="0E2243"/>
          <w:sz w:val="24"/>
          <w:spacing w:val="0"/>
        </w:rPr>
      </w:r>
    </w:p>
    <w:p>
      <w:pPr>
        <w:spacing w:before="200" w:after="80" w:line="259" w:lineRule="auto"/>
      </w:pPr>
      <w:r>
        <w:rPr>
          <w:rFonts w:ascii="Times New Roman" w:hAnsi="Times New Roman"/>
          <w:b/>
          <w:i w:val="0"/>
          <w:color w:val="1B4F46"/>
          <w:sz w:val="30"/>
          <w:spacing w:val="0"/>
        </w:rPr>
        <w:t>Domain 1: Life Beyond High School Vision and Student Success</w:t>
      </w:r>
    </w:p>
    <w:p>
      <w:pPr>
        <w:spacing w:before="60" w:after="60" w:line="259" w:lineRule="auto"/>
      </w:pPr>
      <w:r>
        <w:rPr>
          <w:rFonts w:ascii="Times New Roman" w:hAnsi="Times New Roman"/>
          <w:b/>
          <w:i w:val="0"/>
          <w:color w:val="0E2243"/>
          <w:sz w:val="26"/>
          <w:spacing w:val="0"/>
        </w:rPr>
        <w:t>Domain Purpose</w:t>
      </w:r>
    </w:p>
    <w:p>
      <w:pPr>
        <w:spacing w:before="0" w:after="120" w:line="259" w:lineRule="auto"/>
      </w:pPr>
      <w:r>
        <w:rPr>
          <w:rFonts w:ascii="Times New Roman" w:hAnsi="Times New Roman"/>
          <w:b w:val="0"/>
          <w:i w:val="0"/>
          <w:color w:val="0E2243"/>
          <w:sz w:val="24"/>
          <w:spacing w:val="0"/>
        </w:rPr>
        <w:t>Domain 1 establishes a shared K-12 understanding of what students are preparing for beyond high school and how that preparation should become visible in every building.</w:t>
      </w:r>
    </w:p>
    <w:tbl>
      <w:tblPr>
        <w:tblStyle w:val="TableGrid"/>
        <w:tblW w:type="dxa" w:w="10080"/>
        <w:tblLook w:firstColumn="1" w:firstRow="1" w:lastColumn="0" w:lastRow="0" w:noHBand="0" w:noVBand="1" w:val="04A0"/>
        <w:tblLayout w:type="fixed"/>
      </w:tblPr>
      <w:tblGrid>
        <w:gridCol w:w="10080"/>
      </w:tblGrid>
      <w:tr>
        <w:tc>
          <w:tcPr>
            <w:tcW w:type="dxa" w:w="10080"/>
            <w:shd w:fill="EFF5FB"/>
            <w:tcBorders>
              <w:top w:val="single" w:sz="8" w:space="0" w:color="B8C7DA"/>
              <w:left w:val="single" w:sz="8" w:space="0" w:color="B8C7DA"/>
              <w:bottom w:val="single" w:sz="8" w:space="0" w:color="B8C7DA"/>
              <w:right w:val="single" w:sz="8" w:space="0" w:color="B8C7DA"/>
            </w:tcBorders>
            <w:tcMar>
              <w:top w:w="180" w:type="dxa"/>
              <w:start w:w="210" w:type="dxa"/>
              <w:bottom w:w="180" w:type="dxa"/>
              <w:end w:w="210" w:type="dxa"/>
            </w:tcMar>
          </w:tcPr>
          <w:p>
            <w:pPr>
              <w:spacing w:before="20" w:after="60" w:line="259" w:lineRule="auto"/>
            </w:pPr>
            <w:r>
              <w:rPr>
                <w:rFonts w:ascii="Times New Roman" w:hAnsi="Times New Roman"/>
                <w:b w:val="0"/>
                <w:i w:val="0"/>
                <w:color w:val="0E2243"/>
                <w:sz w:val="24"/>
                <w:spacing w:val="0"/>
              </w:rPr>
              <w:t>District-wide expectation: Every building must help students understand what they are preparing for beyond high school and must make readiness visible through student experiences, adult practices, evidence routines, and family communication. Grades K-2 build early language, habits, awareness, and confidence. Grades 3-5 deepen strengths, interests, responsibility, and real-world connections. Grades 6-8 expand exploration and early direction. Grades 9-10 connect high school choices to future options. Grades 11-12 finalize Enrollment, Enlistment, or Employment plans through transition milestones, applied evidence, work-based learning, and postsecondary navigation.</w:t>
            </w:r>
          </w:p>
        </w:tc>
      </w:tr>
    </w:tbl>
    <w:p>
      <w:pPr>
        <w:spacing w:before="20" w:after="140" w:line="259" w:lineRule="auto"/>
      </w:pPr>
      <w:r>
        <w:rPr>
          <w:rFonts w:ascii="Times New Roman" w:hAnsi="Times New Roman"/>
          <w:b w:val="0"/>
          <w:i w:val="0"/>
          <w:color w:val="0E2243"/>
          <w:sz w:val="24"/>
          <w:spacing w:val="0"/>
        </w:rPr>
      </w:r>
    </w:p>
    <w:p>
      <w:pPr>
        <w:spacing w:before="160" w:after="100" w:line="259" w:lineRule="auto"/>
      </w:pPr>
      <w:r>
        <w:rPr>
          <w:rFonts w:ascii="Times New Roman" w:hAnsi="Times New Roman"/>
          <w:b/>
          <w:i w:val="0"/>
          <w:color w:val="1B4F46"/>
          <w:sz w:val="28"/>
          <w:spacing w:val="0"/>
        </w:rPr>
        <w:t>Grade-Band Implementation Direction</w:t>
      </w:r>
    </w:p>
    <w:p>
      <w:pPr>
        <w:spacing w:before="240" w:after="40" w:line="259" w:lineRule="auto"/>
      </w:pPr>
      <w:r>
        <w:rPr>
          <w:rFonts w:ascii="Times New Roman" w:hAnsi="Times New Roman"/>
          <w:b/>
          <w:i w:val="0"/>
          <w:color w:val="0E2243"/>
          <w:sz w:val="28"/>
          <w:spacing w:val="0"/>
        </w:rPr>
        <w:t>Grades K-2</w:t>
      </w:r>
    </w:p>
    <w:p>
      <w:pPr>
        <w:spacing w:before="0" w:after="100" w:line="259" w:lineRule="auto"/>
      </w:pPr>
      <w:r>
        <w:rPr>
          <w:rFonts w:ascii="Times New Roman" w:hAnsi="Times New Roman"/>
          <w:b w:val="0"/>
          <w:i/>
          <w:color w:val="1B4F46"/>
          <w:sz w:val="24"/>
          <w:spacing w:val="0"/>
        </w:rPr>
        <w:t>Build early language, curiosity, confidence, responsibility, and the habit of connecting school to life.</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name things they enjoy, things they are learning to do, and ways they contribute to the classroom or school community.</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connect simple classroom learning to home, community, helpers, problem solving, service, creativity, and real-world usefulness.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are exposed to many kinds of adult roles and community contributions without being asked to choose a future pathway.</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practice foundational habits such as listening, sharing, asking for help, persistence, responsibility, kindness, and reflection.</w:t>
            </w:r>
          </w:p>
          <w:p>
            <w:pPr>
              <w:spacing w:before="100" w:after="0" w:line="259" w:lineRule="auto"/>
            </w:pPr>
            <w:r>
              <w:rPr>
                <w:rFonts w:ascii="Times New Roman" w:hAnsi="Times New Roman"/>
                <w:b/>
                <w:i w:val="0"/>
                <w:color w:val="1B4F46"/>
                <w:sz w:val="24"/>
                <w:spacing w:val="0"/>
              </w:rPr>
              <w:t xml:space="preserve">Resource: </w:t>
            </w:r>
            <w:hyperlink r:id="rId9">
              <w:r>
                <w:rPr>
                  <w:rFonts w:ascii="Times New Roman" w:hAnsi="Times New Roman"/>
                  <w:sz w:val="24"/>
                  <w:color w:val="1F4E79"/>
                  <w:u w:val="single"/>
                </w:rPr>
                <w:t>Battelle for Kids: Early Learning Framework</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simple, common readiness language such as strengths, interests, effort, responsibility, problem solving, and helping others.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Build short reflection routines into classroom life so students can describe what they learned, tried, improved, or contributed.</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Connect lessons to real examples of how people use knowledge and skills outside school.</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Communicate with families about early readiness habits in developmentally appropriate language.</w:t>
            </w:r>
          </w:p>
          <w:p>
            <w:pPr>
              <w:spacing w:before="100" w:after="0" w:line="259" w:lineRule="auto"/>
            </w:pPr>
            <w:r>
              <w:rPr>
                <w:rFonts w:ascii="Times New Roman" w:hAnsi="Times New Roman"/>
                <w:b/>
                <w:i w:val="0"/>
                <w:color w:val="1B4F46"/>
                <w:sz w:val="24"/>
                <w:spacing w:val="0"/>
              </w:rPr>
              <w:t xml:space="preserve">Resources: </w:t>
            </w:r>
            <w:hyperlink r:id="rId9">
              <w:r>
                <w:rPr>
                  <w:rFonts w:ascii="Times New Roman" w:hAnsi="Times New Roman"/>
                  <w:sz w:val="24"/>
                  <w:color w:val="1F4E79"/>
                  <w:u w:val="single"/>
                </w:rPr>
                <w:t>Battelle for Kids: Early Learning Framework</w:t>
              </w:r>
            </w:hyperlink>
            <w:r>
              <w:rPr>
                <w:rFonts w:ascii="Times New Roman" w:hAnsi="Times New Roman"/>
                <w:b w:val="0"/>
                <w:i w:val="0"/>
                <w:color w:val="0E2243"/>
                <w:sz w:val="24"/>
                <w:spacing w:val="0"/>
              </w:rPr>
              <w:t xml:space="preserve">; </w:t>
            </w:r>
            <w:hyperlink r:id="rId10">
              <w:r>
                <w:rPr>
                  <w:rFonts w:ascii="Times New Roman" w:hAnsi="Times New Roman"/>
                  <w:sz w:val="24"/>
                  <w:color w:val="1F4E79"/>
                  <w:u w:val="single"/>
                </w:rPr>
                <w:t>Pennsylvania Career Ready Skills Toolkit</w:t>
              </w:r>
            </w:hyperlink>
            <w:r>
              <w:rPr>
                <w:rFonts w:ascii="Times New Roman" w:hAnsi="Times New Roman"/>
                <w:b w:val="0"/>
                <w:i w:val="0"/>
                <w:color w:val="0E2243"/>
                <w:sz w:val="24"/>
                <w:spacing w:val="0"/>
              </w:rPr>
              <w:t xml:space="preserve">; </w:t>
            </w:r>
            <w:hyperlink r:id="rId11">
              <w:r>
                <w:rPr>
                  <w:rFonts w:ascii="Times New Roman" w:hAnsi="Times New Roman"/>
                  <w:sz w:val="24"/>
                  <w:color w:val="1F4E79"/>
                  <w:u w:val="single"/>
                </w:rPr>
                <w:t>Teacher Toolkit: Think-Pair-Share</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K-2 strengths, interests, and contribution routine.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Short classroom connections between learning and real life.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simple student goal or reflection process that is used several times each year.</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Family communication that explains how early habits connect to later readiness.</w:t>
            </w:r>
          </w:p>
          <w:p>
            <w:pPr>
              <w:spacing w:before="100" w:after="0" w:line="259" w:lineRule="auto"/>
            </w:pPr>
            <w:r>
              <w:rPr>
                <w:rFonts w:ascii="Times New Roman" w:hAnsi="Times New Roman"/>
                <w:b/>
                <w:i w:val="0"/>
                <w:color w:val="1B4F46"/>
                <w:sz w:val="24"/>
                <w:spacing w:val="0"/>
              </w:rPr>
              <w:t xml:space="preserve">Resources: </w:t>
            </w:r>
            <w:hyperlink r:id="rId9">
              <w:r>
                <w:rPr>
                  <w:rFonts w:ascii="Times New Roman" w:hAnsi="Times New Roman"/>
                  <w:sz w:val="24"/>
                  <w:color w:val="1F4E79"/>
                  <w:u w:val="single"/>
                </w:rPr>
                <w:t>Battelle for Kids: Early Learning Framework</w:t>
              </w:r>
            </w:hyperlink>
            <w:r>
              <w:rPr>
                <w:rFonts w:ascii="Times New Roman" w:hAnsi="Times New Roman"/>
                <w:b w:val="0"/>
                <w:i w:val="0"/>
                <w:color w:val="0E2243"/>
                <w:sz w:val="24"/>
                <w:spacing w:val="0"/>
              </w:rPr>
              <w:t xml:space="preserve">; </w:t>
            </w:r>
            <w:hyperlink r:id="rId10">
              <w:r>
                <w:rPr>
                  <w:rFonts w:ascii="Times New Roman" w:hAnsi="Times New Roman"/>
                  <w:sz w:val="24"/>
                  <w:color w:val="1F4E79"/>
                  <w:u w:val="single"/>
                </w:rPr>
                <w:t>Pennsylvania Career Ready Skills Toolkit</w:t>
              </w:r>
            </w:hyperlink>
            <w:r>
              <w:rPr>
                <w:rFonts w:ascii="Times New Roman" w:hAnsi="Times New Roman"/>
                <w:b w:val="0"/>
                <w:i w:val="0"/>
                <w:color w:val="0E2243"/>
                <w:sz w:val="24"/>
                <w:spacing w:val="0"/>
              </w:rPr>
              <w:t xml:space="preserve">; </w:t>
            </w:r>
            <w:hyperlink r:id="rId12">
              <w:r>
                <w:rPr>
                  <w:rFonts w:ascii="Times New Roman" w:hAnsi="Times New Roman"/>
                  <w:sz w:val="24"/>
                  <w:color w:val="1F4E79"/>
                  <w:u w:val="single"/>
                </w:rPr>
                <w:t>Project Zero: Thinking Routines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Strengths and interests drawing: students draw something they enjoy, something they are learning, and one way they helped or kept trying.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"What else can it be?" object game: students reimagine an everyday classroom item and explain different possible uses.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Partner think-pair-share: students use sentence starters to explain thinking, listen to a partner, and share one idea with the class.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Shared block or recycled-material build: students create a structure together, use partner roles, negotiate choices, and describe the problem they solved.</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Short audio or drawing reflection: students record or draw what they tried, what changed, and what they might do next.</w:t>
            </w:r>
          </w:p>
          <w:p>
            <w:pPr>
              <w:spacing w:before="100" w:after="0" w:line="259" w:lineRule="auto"/>
            </w:pPr>
            <w:r>
              <w:rPr>
                <w:rFonts w:ascii="Times New Roman" w:hAnsi="Times New Roman"/>
                <w:b/>
                <w:i w:val="0"/>
                <w:color w:val="1B4F46"/>
                <w:sz w:val="24"/>
                <w:spacing w:val="0"/>
              </w:rPr>
              <w:t xml:space="preserve">Resources: </w:t>
            </w:r>
            <w:hyperlink r:id="rId13">
              <w:r>
                <w:rPr>
                  <w:rFonts w:ascii="Times New Roman" w:hAnsi="Times New Roman"/>
                  <w:sz w:val="24"/>
                  <w:color w:val="1F4E79"/>
                  <w:u w:val="single"/>
                </w:rPr>
                <w:t>NAEYC: Using Blocks to Develop 21st Century Skills</w:t>
              </w:r>
            </w:hyperlink>
            <w:r>
              <w:rPr>
                <w:rFonts w:ascii="Times New Roman" w:hAnsi="Times New Roman"/>
                <w:b w:val="0"/>
                <w:i w:val="0"/>
                <w:color w:val="0E2243"/>
                <w:sz w:val="24"/>
                <w:spacing w:val="0"/>
              </w:rPr>
              <w:t xml:space="preserve">; </w:t>
            </w:r>
            <w:hyperlink r:id="rId11">
              <w:r>
                <w:rPr>
                  <w:rFonts w:ascii="Times New Roman" w:hAnsi="Times New Roman"/>
                  <w:sz w:val="24"/>
                  <w:color w:val="1F4E79"/>
                  <w:u w:val="single"/>
                </w:rPr>
                <w:t>Teacher Toolkit: Think-Pair-Share</w:t>
              </w:r>
            </w:hyperlink>
            <w:r>
              <w:rPr>
                <w:rFonts w:ascii="Times New Roman" w:hAnsi="Times New Roman"/>
                <w:b w:val="0"/>
                <w:i w:val="0"/>
                <w:color w:val="0E2243"/>
                <w:sz w:val="24"/>
                <w:spacing w:val="0"/>
              </w:rPr>
              <w:t xml:space="preserve">; </w:t>
            </w:r>
            <w:hyperlink r:id="rId14">
              <w:r>
                <w:rPr>
                  <w:rFonts w:ascii="Times New Roman" w:hAnsi="Times New Roman"/>
                  <w:sz w:val="24"/>
                  <w:color w:val="1F4E79"/>
                  <w:u w:val="single"/>
                </w:rPr>
                <w:t>NISE Network: Creative Reinvention</w:t>
              </w:r>
            </w:hyperlink>
            <w:r>
              <w:rPr>
                <w:rFonts w:ascii="Times New Roman" w:hAnsi="Times New Roman"/>
                <w:b w:val="0"/>
                <w:i w:val="0"/>
                <w:color w:val="0E2243"/>
                <w:sz w:val="24"/>
                <w:spacing w:val="0"/>
              </w:rPr>
              <w:t xml:space="preserve">; </w:t>
            </w:r>
            <w:hyperlink r:id="rId15">
              <w:r>
                <w:rPr>
                  <w:rFonts w:ascii="Times New Roman" w:hAnsi="Times New Roman"/>
                  <w:sz w:val="24"/>
                  <w:color w:val="1F4E79"/>
                  <w:u w:val="single"/>
                </w:rPr>
                <w:t>Makedo: Recycle City</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 drawings, reflections, goal sheets, or teacher notes.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Examples of classroom activities connecting learning to real life.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Family or student feedback on confidence, interests, responsibility, and belonging.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Teacher evidence that common language is being used across classrooms.</w:t>
            </w:r>
          </w:p>
          <w:p>
            <w:pPr>
              <w:spacing w:before="100" w:after="0" w:line="259" w:lineRule="auto"/>
            </w:pPr>
            <w:r>
              <w:rPr>
                <w:rFonts w:ascii="Times New Roman" w:hAnsi="Times New Roman"/>
                <w:b/>
                <w:i w:val="0"/>
                <w:color w:val="1B4F46"/>
                <w:sz w:val="24"/>
                <w:spacing w:val="0"/>
              </w:rPr>
              <w:t xml:space="preserve">Resources: </w:t>
            </w:r>
            <w:hyperlink r:id="rId9">
              <w:r>
                <w:rPr>
                  <w:rFonts w:ascii="Times New Roman" w:hAnsi="Times New Roman"/>
                  <w:sz w:val="24"/>
                  <w:color w:val="1F4E79"/>
                  <w:u w:val="single"/>
                </w:rPr>
                <w:t>Battelle for Kids: Early Learning Framework</w:t>
              </w:r>
            </w:hyperlink>
            <w:r>
              <w:rPr>
                <w:rFonts w:ascii="Times New Roman" w:hAnsi="Times New Roman"/>
                <w:b w:val="0"/>
                <w:i w:val="0"/>
                <w:color w:val="0E2243"/>
                <w:sz w:val="24"/>
                <w:spacing w:val="0"/>
              </w:rPr>
              <w:t xml:space="preserve">; </w:t>
            </w:r>
            <w:hyperlink r:id="rId16">
              <w:r>
                <w:rPr>
                  <w:rFonts w:ascii="Times New Roman" w:hAnsi="Times New Roman"/>
                  <w:sz w:val="24"/>
                  <w:color w:val="1F4E79"/>
                  <w:u w:val="single"/>
                </w:rPr>
                <w:t>ASCA Mindsets and Behaviors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simple K-2 readiness routine map.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set of common words teachers will use with students and families.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At least one example per grade level of a learning-to-life connection activity.</w:t>
            </w:r>
          </w:p>
          <w:p>
            <w:pPr>
              <w:spacing w:before="100" w:after="0" w:line="259" w:lineRule="auto"/>
            </w:pPr>
            <w:r>
              <w:rPr>
                <w:rFonts w:ascii="Times New Roman" w:hAnsi="Times New Roman"/>
                <w:b/>
                <w:i w:val="0"/>
                <w:color w:val="1B4F46"/>
                <w:sz w:val="24"/>
                <w:spacing w:val="0"/>
              </w:rPr>
              <w:t xml:space="preserve">Resource: </w:t>
            </w:r>
            <w:hyperlink r:id="rId9">
              <w:r>
                <w:rPr>
                  <w:rFonts w:ascii="Times New Roman" w:hAnsi="Times New Roman"/>
                  <w:sz w:val="24"/>
                  <w:color w:val="1F4E79"/>
                  <w:u w:val="single"/>
                </w:rPr>
                <w:t>Battelle for Kids: Early Learning Framework</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K-2: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40" w:after="40" w:line="259" w:lineRule="auto"/>
      </w:pPr>
      <w:r>
        <w:rPr>
          <w:rFonts w:ascii="Times New Roman" w:hAnsi="Times New Roman"/>
          <w:b/>
          <w:i w:val="0"/>
          <w:color w:val="0E2243"/>
          <w:sz w:val="28"/>
          <w:spacing w:val="0"/>
        </w:rPr>
        <w:t>Grades 3-5</w:t>
      </w:r>
    </w:p>
    <w:p>
      <w:pPr>
        <w:spacing w:before="0" w:after="100" w:line="259" w:lineRule="auto"/>
      </w:pPr>
      <w:r>
        <w:rPr>
          <w:rFonts w:ascii="Times New Roman" w:hAnsi="Times New Roman"/>
          <w:b w:val="0"/>
          <w:i/>
          <w:color w:val="1B4F46"/>
          <w:sz w:val="24"/>
          <w:spacing w:val="0"/>
        </w:rPr>
        <w:t>Deepen students' understanding of strengths, interests, responsibility, real-world learning, and future possibilities.</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analyze texts, images, data, and classroom problems that include more than one perspective or possible solution.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complete multi-step projects connected to local issues, engineering challenges, community needs, or real-world questions.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practice collaboration, leadership, peer feedback, respectful disagreement, and shared responsibility during team tasks.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communicate ideas through writing, speaking, visuals, digital media, and presentations for different audiences.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practice creativity, design, coding, prototyping, revision, digital citizenship, early budgeting, weekly goal-setting, and resilience.</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Project Zero: Thinking Routines</w:t>
              </w:r>
            </w:hyperlink>
            <w:r>
              <w:rPr>
                <w:rFonts w:ascii="Times New Roman" w:hAnsi="Times New Roman"/>
                <w:b w:val="0"/>
                <w:i w:val="0"/>
                <w:color w:val="0E2243"/>
                <w:sz w:val="24"/>
                <w:spacing w:val="0"/>
              </w:rPr>
              <w:t xml:space="preserve">; </w:t>
            </w:r>
            <w:hyperlink r:id="rId17">
              <w:r>
                <w:rPr>
                  <w:rFonts w:ascii="Times New Roman" w:hAnsi="Times New Roman"/>
                  <w:sz w:val="24"/>
                  <w:color w:val="1F4E79"/>
                  <w:u w:val="single"/>
                </w:rPr>
                <w:t>PBLWorks: Project Library</w:t>
              </w:r>
            </w:hyperlink>
            <w:r>
              <w:rPr>
                <w:rFonts w:ascii="Times New Roman" w:hAnsi="Times New Roman"/>
                <w:b w:val="0"/>
                <w:i w:val="0"/>
                <w:color w:val="0E2243"/>
                <w:sz w:val="24"/>
                <w:spacing w:val="0"/>
              </w:rPr>
              <w:t xml:space="preserve">; </w:t>
            </w:r>
            <w:hyperlink r:id="rId18">
              <w:r>
                <w:rPr>
                  <w:rFonts w:ascii="Times New Roman" w:hAnsi="Times New Roman"/>
                  <w:sz w:val="24"/>
                  <w:color w:val="1F4E79"/>
                  <w:u w:val="single"/>
                </w:rPr>
                <w:t>Common Sense Education: Digital Literacy and Well-Being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Teach students how to ask stronger questions, compare information, explain reasoning, and consider different perspectives.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Model team roles, project timelines, constructive feedback, respectful disagreement, and shared decision-making.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Teach students how to communicate clearly using speech, writing, visuals, digital tools, and audience-aware presentation choices.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Build goal-setting, reflection, digital citizenship, and resilience routines into weekly classroom practice.</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Project Zero: Thinking Routines</w:t>
              </w:r>
            </w:hyperlink>
            <w:r>
              <w:rPr>
                <w:rFonts w:ascii="Times New Roman" w:hAnsi="Times New Roman"/>
                <w:b w:val="0"/>
                <w:i w:val="0"/>
                <w:color w:val="0E2243"/>
                <w:sz w:val="24"/>
                <w:spacing w:val="0"/>
              </w:rPr>
              <w:t xml:space="preserve">; </w:t>
            </w:r>
            <w:hyperlink r:id="rId10">
              <w:r>
                <w:rPr>
                  <w:rFonts w:ascii="Times New Roman" w:hAnsi="Times New Roman"/>
                  <w:sz w:val="24"/>
                  <w:color w:val="1F4E79"/>
                  <w:u w:val="single"/>
                </w:rPr>
                <w:t>Pennsylvania Career Ready Skills Toolkit</w:t>
              </w:r>
            </w:hyperlink>
            <w:r>
              <w:rPr>
                <w:rFonts w:ascii="Times New Roman" w:hAnsi="Times New Roman"/>
                <w:b w:val="0"/>
                <w:i w:val="0"/>
                <w:color w:val="0E2243"/>
                <w:sz w:val="24"/>
                <w:spacing w:val="0"/>
              </w:rPr>
              <w:t xml:space="preserve">; </w:t>
            </w:r>
            <w:hyperlink r:id="rId18">
              <w:r>
                <w:rPr>
                  <w:rFonts w:ascii="Times New Roman" w:hAnsi="Times New Roman"/>
                  <w:sz w:val="24"/>
                  <w:color w:val="1F4E79"/>
                  <w:u w:val="single"/>
                </w:rPr>
                <w:t>Common Sense Education: Digital Literacy and Well-Being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3-5 project sequence that includes research, collaboration, problem solving, communication, and reflection.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classroom routine for source awareness, digital citizenship, and responsible use of information and technology.</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shared process for assigning team roles, managing project tasks, giving feedback, and resolving disagreements.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weekly or biweekly goal-setting and reflection routine connected to academic habits and personal responsibility.</w:t>
            </w:r>
          </w:p>
          <w:p>
            <w:pPr>
              <w:spacing w:before="100" w:after="0" w:line="259" w:lineRule="auto"/>
            </w:pPr>
            <w:r>
              <w:rPr>
                <w:rFonts w:ascii="Times New Roman" w:hAnsi="Times New Roman"/>
                <w:b/>
                <w:i w:val="0"/>
                <w:color w:val="1B4F46"/>
                <w:sz w:val="24"/>
                <w:spacing w:val="0"/>
              </w:rPr>
              <w:t xml:space="preserve">Resources: </w:t>
            </w:r>
            <w:hyperlink r:id="rId17">
              <w:r>
                <w:rPr>
                  <w:rFonts w:ascii="Times New Roman" w:hAnsi="Times New Roman"/>
                  <w:sz w:val="24"/>
                  <w:color w:val="1F4E79"/>
                  <w:u w:val="single"/>
                </w:rPr>
                <w:t>PBLWorks: Project Library</w:t>
              </w:r>
            </w:hyperlink>
            <w:r>
              <w:rPr>
                <w:rFonts w:ascii="Times New Roman" w:hAnsi="Times New Roman"/>
                <w:b w:val="0"/>
                <w:i w:val="0"/>
                <w:color w:val="0E2243"/>
                <w:sz w:val="24"/>
                <w:spacing w:val="0"/>
              </w:rPr>
              <w:t xml:space="preserve">; </w:t>
            </w:r>
            <w:hyperlink r:id="rId19">
              <w:r>
                <w:rPr>
                  <w:rFonts w:ascii="Times New Roman" w:hAnsi="Times New Roman"/>
                  <w:sz w:val="24"/>
                  <w:color w:val="1F4E79"/>
                  <w:u w:val="single"/>
                </w:rPr>
                <w:t>Code.org: Elementary Computer Science Curriculum</w:t>
              </w:r>
            </w:hyperlink>
            <w:r>
              <w:rPr>
                <w:rFonts w:ascii="Times New Roman" w:hAnsi="Times New Roman"/>
                <w:b w:val="0"/>
                <w:i w:val="0"/>
                <w:color w:val="0E2243"/>
                <w:sz w:val="24"/>
                <w:spacing w:val="0"/>
              </w:rPr>
              <w:t xml:space="preserve">; </w:t>
            </w:r>
            <w:hyperlink r:id="rId18">
              <w:r>
                <w:rPr>
                  <w:rFonts w:ascii="Times New Roman" w:hAnsi="Times New Roman"/>
                  <w:sz w:val="24"/>
                  <w:color w:val="1F4E79"/>
                  <w:u w:val="single"/>
                </w:rPr>
                <w:t>Common Sense Education: Digital Literacy and Well-Being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Community issue research project: students investigate a local concern, summarize different viewpoints, and propose a realistic response.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Open-ended engineering challenge: students design, test, revise, and explain a prototype using criteria and constraints.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Persuasive multimedia presentation: students use writing, visuals, speaking, and evidence to advocate for a classroom, school, or community improvement.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Team project protocol: students use assigned roles, task timelines, peer feedback, and reflection to manage a shared product.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Interactive story or simple coding task: students create a digital product that communicates an idea or solves a small problem.</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Foundational budgeting simulation: students make spending, saving, and tradeoff decisions connected to a classroom project or real-life scenario.</w:t>
            </w:r>
          </w:p>
          <w:p>
            <w:pPr>
              <w:spacing w:before="100" w:after="0" w:line="259" w:lineRule="auto"/>
            </w:pPr>
            <w:r>
              <w:rPr>
                <w:rFonts w:ascii="Times New Roman" w:hAnsi="Times New Roman"/>
                <w:b/>
                <w:i w:val="0"/>
                <w:color w:val="1B4F46"/>
                <w:sz w:val="24"/>
                <w:spacing w:val="0"/>
              </w:rPr>
              <w:t xml:space="preserve">Resources: </w:t>
            </w:r>
            <w:hyperlink r:id="rId17">
              <w:r>
                <w:rPr>
                  <w:rFonts w:ascii="Times New Roman" w:hAnsi="Times New Roman"/>
                  <w:sz w:val="24"/>
                  <w:color w:val="1F4E79"/>
                  <w:u w:val="single"/>
                </w:rPr>
                <w:t>PBLWorks: Project Library</w:t>
              </w:r>
            </w:hyperlink>
            <w:r>
              <w:rPr>
                <w:rFonts w:ascii="Times New Roman" w:hAnsi="Times New Roman"/>
                <w:b w:val="0"/>
                <w:i w:val="0"/>
                <w:color w:val="0E2243"/>
                <w:sz w:val="24"/>
                <w:spacing w:val="0"/>
              </w:rPr>
              <w:t xml:space="preserve">; </w:t>
            </w:r>
            <w:hyperlink r:id="rId19">
              <w:r>
                <w:rPr>
                  <w:rFonts w:ascii="Times New Roman" w:hAnsi="Times New Roman"/>
                  <w:sz w:val="24"/>
                  <w:color w:val="1F4E79"/>
                  <w:u w:val="single"/>
                </w:rPr>
                <w:t>Code.org: Elementary Computer Science Curriculum</w:t>
              </w:r>
            </w:hyperlink>
            <w:r>
              <w:rPr>
                <w:rFonts w:ascii="Times New Roman" w:hAnsi="Times New Roman"/>
                <w:b w:val="0"/>
                <w:i w:val="0"/>
                <w:color w:val="0E2243"/>
                <w:sz w:val="24"/>
                <w:spacing w:val="0"/>
              </w:rPr>
              <w:t xml:space="preserve">; </w:t>
            </w:r>
            <w:hyperlink r:id="rId20">
              <w:r>
                <w:rPr>
                  <w:rFonts w:ascii="Times New Roman" w:hAnsi="Times New Roman"/>
                  <w:sz w:val="24"/>
                  <w:color w:val="1F4E79"/>
                  <w:u w:val="single"/>
                </w:rPr>
                <w:t>EconEdLink: Money Comes and Goes</w:t>
              </w:r>
            </w:hyperlink>
            <w:r>
              <w:rPr>
                <w:rFonts w:ascii="Times New Roman" w:hAnsi="Times New Roman"/>
                <w:b w:val="0"/>
                <w:i w:val="0"/>
                <w:color w:val="0E2243"/>
                <w:sz w:val="24"/>
                <w:spacing w:val="0"/>
              </w:rPr>
              <w:t xml:space="preserve">; </w:t>
            </w:r>
            <w:hyperlink r:id="rId21">
              <w:r>
                <w:rPr>
                  <w:rFonts w:ascii="Times New Roman" w:hAnsi="Times New Roman"/>
                  <w:sz w:val="24"/>
                  <w:color w:val="1F4E79"/>
                  <w:u w:val="single"/>
                </w:rPr>
                <w:t>EL Education: Models of Excellence</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Project rubrics, prototypes, research notes, source-awareness sheets, and revision artifacts.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 presentations, multimedia products, coding artifacts, design models, or written explanations.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Peer feedback records, team role reflections, disagreement-resolution notes, and collaboration observations.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Goal-setting records, study/reflection logs, digital citizenship artifacts, and early financial-literacy reflections.</w:t>
            </w:r>
          </w:p>
          <w:p>
            <w:pPr>
              <w:spacing w:before="100" w:after="0" w:line="259" w:lineRule="auto"/>
            </w:pPr>
            <w:r>
              <w:rPr>
                <w:rFonts w:ascii="Times New Roman" w:hAnsi="Times New Roman"/>
                <w:b/>
                <w:i w:val="0"/>
                <w:color w:val="1B4F46"/>
                <w:sz w:val="24"/>
                <w:spacing w:val="0"/>
              </w:rPr>
              <w:t xml:space="preserve">Resources: </w:t>
            </w:r>
            <w:hyperlink r:id="rId21">
              <w:r>
                <w:rPr>
                  <w:rFonts w:ascii="Times New Roman" w:hAnsi="Times New Roman"/>
                  <w:sz w:val="24"/>
                  <w:color w:val="1F4E79"/>
                  <w:u w:val="single"/>
                </w:rPr>
                <w:t>EL Education: Models of Excellence</w:t>
              </w:r>
            </w:hyperlink>
            <w:r>
              <w:rPr>
                <w:rFonts w:ascii="Times New Roman" w:hAnsi="Times New Roman"/>
                <w:b w:val="0"/>
                <w:i w:val="0"/>
                <w:color w:val="0E2243"/>
                <w:sz w:val="24"/>
                <w:spacing w:val="0"/>
              </w:rPr>
              <w:t xml:space="preserve">; </w:t>
            </w:r>
            <w:hyperlink r:id="rId12">
              <w:r>
                <w:rPr>
                  <w:rFonts w:ascii="Times New Roman" w:hAnsi="Times New Roman"/>
                  <w:sz w:val="24"/>
                  <w:color w:val="1F4E79"/>
                  <w:u w:val="single"/>
                </w:rPr>
                <w:t>Project Zero: Thinking Routines</w:t>
              </w:r>
            </w:hyperlink>
            <w:r>
              <w:rPr>
                <w:rFonts w:ascii="Times New Roman" w:hAnsi="Times New Roman"/>
                <w:b w:val="0"/>
                <w:i w:val="0"/>
                <w:color w:val="0E2243"/>
                <w:sz w:val="24"/>
                <w:spacing w:val="0"/>
              </w:rPr>
              <w:t xml:space="preserve">; </w:t>
            </w:r>
            <w:hyperlink r:id="rId16">
              <w:r>
                <w:rPr>
                  <w:rFonts w:ascii="Times New Roman" w:hAnsi="Times New Roman"/>
                  <w:sz w:val="24"/>
                  <w:color w:val="1F4E79"/>
                  <w:u w:val="single"/>
                </w:rPr>
                <w:t>ASCA Mindsets and Behaviors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3-5 readiness experience map showing where projects, communication tasks, technology use, and self-direction routines occur.</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common project/reflection process that includes roles, feedback, revision, and evidence of learning.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plan for monitoring participation, student products, collaboration habits, digital citizenship, and goal-setting routines.</w:t>
            </w:r>
          </w:p>
          <w:p>
            <w:pPr>
              <w:spacing w:before="100" w:after="0" w:line="259" w:lineRule="auto"/>
            </w:pPr>
            <w:r>
              <w:rPr>
                <w:rFonts w:ascii="Times New Roman" w:hAnsi="Times New Roman"/>
                <w:b/>
                <w:i w:val="0"/>
                <w:color w:val="1B4F46"/>
                <w:sz w:val="24"/>
                <w:spacing w:val="0"/>
              </w:rPr>
              <w:t xml:space="preserve">Resources: </w:t>
            </w:r>
            <w:hyperlink r:id="rId22">
              <w:r>
                <w:rPr>
                  <w:rFonts w:ascii="Times New Roman" w:hAnsi="Times New Roman"/>
                  <w:sz w:val="24"/>
                  <w:color w:val="1F4E79"/>
                  <w:u w:val="single"/>
                </w:rPr>
                <w:t>SpacesEDU: Portrait of a Graduate Tools</w:t>
              </w:r>
            </w:hyperlink>
            <w:r>
              <w:rPr>
                <w:rFonts w:ascii="Times New Roman" w:hAnsi="Times New Roman"/>
                <w:b w:val="0"/>
                <w:i w:val="0"/>
                <w:color w:val="0E2243"/>
                <w:sz w:val="24"/>
                <w:spacing w:val="0"/>
              </w:rPr>
              <w:t xml:space="preserve">; </w:t>
            </w:r>
            <w:hyperlink r:id="rId17">
              <w:r>
                <w:rPr>
                  <w:rFonts w:ascii="Times New Roman" w:hAnsi="Times New Roman"/>
                  <w:sz w:val="24"/>
                  <w:color w:val="1F4E79"/>
                  <w:u w:val="single"/>
                </w:rPr>
                <w:t>PBLWorks: Project Library</w:t>
              </w:r>
            </w:hyperlink>
            <w:r>
              <w:rPr>
                <w:rFonts w:ascii="Times New Roman" w:hAnsi="Times New Roman"/>
                <w:b w:val="0"/>
                <w:i w:val="0"/>
                <w:color w:val="0E2243"/>
                <w:sz w:val="24"/>
                <w:spacing w:val="0"/>
              </w:rPr>
              <w:t xml:space="preserve">; </w:t>
            </w:r>
            <w:hyperlink r:id="rId19">
              <w:r>
                <w:rPr>
                  <w:rFonts w:ascii="Times New Roman" w:hAnsi="Times New Roman"/>
                  <w:sz w:val="24"/>
                  <w:color w:val="1F4E79"/>
                  <w:u w:val="single"/>
                </w:rPr>
                <w:t>Code.org: Elementary Computer Science Curriculum</w:t>
              </w:r>
            </w:hyperlink>
            <w:r>
              <w:rPr>
                <w:rFonts w:ascii="Times New Roman" w:hAnsi="Times New Roman"/>
                <w:b w:val="0"/>
                <w:i w:val="0"/>
                <w:color w:val="0E2243"/>
                <w:sz w:val="24"/>
                <w:spacing w:val="0"/>
              </w:rPr>
              <w:t xml:space="preserve">; </w:t>
            </w:r>
            <w:hyperlink r:id="rId18">
              <w:r>
                <w:rPr>
                  <w:rFonts w:ascii="Times New Roman" w:hAnsi="Times New Roman"/>
                  <w:sz w:val="24"/>
                  <w:color w:val="1F4E79"/>
                  <w:u w:val="single"/>
                </w:rPr>
                <w:t>Common Sense Education: Digital Literacy and Well-Being</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3-5: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40" w:after="40" w:line="259" w:lineRule="auto"/>
      </w:pPr>
      <w:r>
        <w:rPr>
          <w:rFonts w:ascii="Times New Roman" w:hAnsi="Times New Roman"/>
          <w:b/>
          <w:i w:val="0"/>
          <w:color w:val="0E2243"/>
          <w:sz w:val="28"/>
          <w:spacing w:val="0"/>
        </w:rPr>
        <w:t>Grades 6-8</w:t>
      </w:r>
    </w:p>
    <w:p>
      <w:pPr>
        <w:spacing w:before="0" w:after="100" w:line="259" w:lineRule="auto"/>
      </w:pPr>
      <w:r>
        <w:rPr>
          <w:rFonts w:ascii="Times New Roman" w:hAnsi="Times New Roman"/>
          <w:b w:val="0"/>
          <w:i/>
          <w:color w:val="1B4F46"/>
          <w:sz w:val="24"/>
          <w:spacing w:val="0"/>
        </w:rPr>
        <w:t>Move students from awareness to exploration, identity development, early direction, and informed choice.</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examine real-world issues, media sources, local problems, and current events that require evidence, perspective-taking, and judgment.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explore career fields, personal interests, strengths, motivations, work values, and possible future directions.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practice communication through portfolios, presentations, professional emails, interviews, peer discussion, and reflection.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manage longer collaborative projects that require roles, timelines, conflict resolution, inclusive leadership, and shared accountability.</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create digital products such as websites, apps, videos, robotics projects, media campaigns, or business-plan concepts.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build self-advocacy through career inventories, quarterly academic goals, support-seeking, schedule management, and reflection on growth.</w:t>
            </w:r>
          </w:p>
          <w:p>
            <w:pPr>
              <w:spacing w:before="100" w:after="0" w:line="259" w:lineRule="auto"/>
            </w:pPr>
            <w:r>
              <w:rPr>
                <w:rFonts w:ascii="Times New Roman" w:hAnsi="Times New Roman"/>
                <w:b/>
                <w:i w:val="0"/>
                <w:color w:val="1B4F46"/>
                <w:sz w:val="24"/>
                <w:spacing w:val="0"/>
              </w:rPr>
              <w:t xml:space="preserve">Resources: </w:t>
            </w:r>
            <w:hyperlink r:id="rId23">
              <w:r>
                <w:rPr>
                  <w:rFonts w:ascii="Times New Roman" w:hAnsi="Times New Roman"/>
                  <w:sz w:val="24"/>
                  <w:color w:val="1F4E79"/>
                  <w:u w:val="single"/>
                </w:rPr>
                <w:t>Ohio Career Connections Framework</w:t>
              </w:r>
            </w:hyperlink>
            <w:r>
              <w:rPr>
                <w:rFonts w:ascii="Times New Roman" w:hAnsi="Times New Roman"/>
                <w:b w:val="0"/>
                <w:i w:val="0"/>
                <w:color w:val="0E2243"/>
                <w:sz w:val="24"/>
                <w:spacing w:val="0"/>
              </w:rPr>
              <w:t xml:space="preserve">; </w:t>
            </w:r>
            <w:hyperlink r:id="rId24">
              <w:r>
                <w:rPr>
                  <w:rFonts w:ascii="Times New Roman" w:hAnsi="Times New Roman"/>
                  <w:sz w:val="24"/>
                  <w:color w:val="1F4E79"/>
                  <w:u w:val="single"/>
                </w:rPr>
                <w:t>NewseumED: Fact Finder</w:t>
              </w:r>
            </w:hyperlink>
            <w:r>
              <w:rPr>
                <w:rFonts w:ascii="Times New Roman" w:hAnsi="Times New Roman"/>
                <w:b w:val="0"/>
                <w:i w:val="0"/>
                <w:color w:val="0E2243"/>
                <w:sz w:val="24"/>
                <w:spacing w:val="0"/>
              </w:rPr>
              <w:t xml:space="preserve">; </w:t>
            </w:r>
            <w:hyperlink r:id="rId25">
              <w:r>
                <w:rPr>
                  <w:rFonts w:ascii="Times New Roman" w:hAnsi="Times New Roman"/>
                  <w:sz w:val="24"/>
                  <w:color w:val="1F4E79"/>
                  <w:u w:val="single"/>
                </w:rPr>
                <w:t>My Next Move: O*NET Interest Profiler</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Provide consistent advisory, counseling, or classroom routines for career exploration, goal setting, reflection, and self-advocacy.</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Teach students how to evaluate information, identify bias, fact-check claims, and use digital tools responsibly.</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Help students connect middle-level learning, habits, activities, and relationships to high school choices and future options.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Model project management, team roles, conflict resolution, peer feedback, inclusive discussion, and audience-aware communication.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Monitor which students are not accessing career exploration, advising, leadership opportunities, digital learning, or future-planning support.</w:t>
            </w:r>
          </w:p>
          <w:p>
            <w:pPr>
              <w:spacing w:before="100" w:after="0" w:line="259" w:lineRule="auto"/>
            </w:pPr>
            <w:r>
              <w:rPr>
                <w:rFonts w:ascii="Times New Roman" w:hAnsi="Times New Roman"/>
                <w:b/>
                <w:i w:val="0"/>
                <w:color w:val="1B4F46"/>
                <w:sz w:val="24"/>
                <w:spacing w:val="0"/>
              </w:rPr>
              <w:t xml:space="preserve">Resources: </w:t>
            </w:r>
            <w:hyperlink r:id="rId23">
              <w:r>
                <w:rPr>
                  <w:rFonts w:ascii="Times New Roman" w:hAnsi="Times New Roman"/>
                  <w:sz w:val="24"/>
                  <w:color w:val="1F4E79"/>
                  <w:u w:val="single"/>
                </w:rPr>
                <w:t>Ohio Career Connections Framework</w:t>
              </w:r>
            </w:hyperlink>
            <w:r>
              <w:rPr>
                <w:rFonts w:ascii="Times New Roman" w:hAnsi="Times New Roman"/>
                <w:b w:val="0"/>
                <w:i w:val="0"/>
                <w:color w:val="0E2243"/>
                <w:sz w:val="24"/>
                <w:spacing w:val="0"/>
              </w:rPr>
              <w:t xml:space="preserve">; </w:t>
            </w:r>
            <w:hyperlink r:id="rId10">
              <w:r>
                <w:rPr>
                  <w:rFonts w:ascii="Times New Roman" w:hAnsi="Times New Roman"/>
                  <w:sz w:val="24"/>
                  <w:color w:val="1F4E79"/>
                  <w:u w:val="single"/>
                </w:rPr>
                <w:t>Pennsylvania Career Ready Skills Toolkit</w:t>
              </w:r>
            </w:hyperlink>
            <w:r>
              <w:rPr>
                <w:rFonts w:ascii="Times New Roman" w:hAnsi="Times New Roman"/>
                <w:b w:val="0"/>
                <w:i w:val="0"/>
                <w:color w:val="0E2243"/>
                <w:sz w:val="24"/>
                <w:spacing w:val="0"/>
              </w:rPr>
              <w:t xml:space="preserve">; </w:t>
            </w:r>
            <w:hyperlink r:id="rId16">
              <w:r>
                <w:rPr>
                  <w:rFonts w:ascii="Times New Roman" w:hAnsi="Times New Roman"/>
                  <w:sz w:val="24"/>
                  <w:color w:val="1F4E79"/>
                  <w:u w:val="single"/>
                </w:rPr>
                <w:t>ASCA Mindsets and Behaviors</w:t>
              </w:r>
            </w:hyperlink>
            <w:r>
              <w:rPr>
                <w:rFonts w:ascii="Times New Roman" w:hAnsi="Times New Roman"/>
                <w:b w:val="0"/>
                <w:i w:val="0"/>
                <w:color w:val="0E2243"/>
                <w:sz w:val="24"/>
                <w:spacing w:val="0"/>
              </w:rPr>
              <w:t xml:space="preserve">; </w:t>
            </w:r>
            <w:hyperlink r:id="rId18">
              <w:r>
                <w:rPr>
                  <w:rFonts w:ascii="Times New Roman" w:hAnsi="Times New Roman"/>
                  <w:sz w:val="24"/>
                  <w:color w:val="1F4E79"/>
                  <w:u w:val="single"/>
                </w:rPr>
                <w:t>Common Sense Education: Digital Literacy and Well-Being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6-8 career exploration sequence that introduces students to career fields, interests, strengths, work values, and multiple future options.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media literacy and digital citizenship routine that helps students evaluate sources, identify bias, and act responsibly online.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student portfolio or reflection process that captures goals, artifacts, projects, strengths, leadership, and growth.</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project-management routine for longer team projects, including roles, timelines, conflict resolution, and peer feedback.</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transition routine that helps students connect middle-level choices to high school opportunities and future pathways.</w:t>
            </w:r>
          </w:p>
          <w:p>
            <w:pPr>
              <w:spacing w:before="100" w:after="0" w:line="259" w:lineRule="auto"/>
            </w:pPr>
            <w:r>
              <w:rPr>
                <w:rFonts w:ascii="Times New Roman" w:hAnsi="Times New Roman"/>
                <w:b/>
                <w:i w:val="0"/>
                <w:color w:val="1B4F46"/>
                <w:sz w:val="24"/>
                <w:spacing w:val="0"/>
              </w:rPr>
              <w:t xml:space="preserve">Resources: </w:t>
            </w:r>
            <w:hyperlink r:id="rId23">
              <w:r>
                <w:rPr>
                  <w:rFonts w:ascii="Times New Roman" w:hAnsi="Times New Roman"/>
                  <w:sz w:val="24"/>
                  <w:color w:val="1F4E79"/>
                  <w:u w:val="single"/>
                </w:rPr>
                <w:t>Ohio Career Connections Framework</w:t>
              </w:r>
            </w:hyperlink>
            <w:r>
              <w:rPr>
                <w:rFonts w:ascii="Times New Roman" w:hAnsi="Times New Roman"/>
                <w:b w:val="0"/>
                <w:i w:val="0"/>
                <w:color w:val="0E2243"/>
                <w:sz w:val="24"/>
                <w:spacing w:val="0"/>
              </w:rPr>
              <w:t xml:space="preserve">; </w:t>
            </w:r>
            <w:hyperlink r:id="rId24">
              <w:r>
                <w:rPr>
                  <w:rFonts w:ascii="Times New Roman" w:hAnsi="Times New Roman"/>
                  <w:sz w:val="24"/>
                  <w:color w:val="1F4E79"/>
                  <w:u w:val="single"/>
                </w:rPr>
                <w:t>NewseumED: Fact Finder</w:t>
              </w:r>
            </w:hyperlink>
            <w:r>
              <w:rPr>
                <w:rFonts w:ascii="Times New Roman" w:hAnsi="Times New Roman"/>
                <w:b w:val="0"/>
                <w:i w:val="0"/>
                <w:color w:val="0E2243"/>
                <w:sz w:val="24"/>
                <w:spacing w:val="0"/>
              </w:rPr>
              <w:t xml:space="preserve">; </w:t>
            </w:r>
            <w:hyperlink r:id="rId26">
              <w:r>
                <w:rPr>
                  <w:rFonts w:ascii="Times New Roman" w:hAnsi="Times New Roman"/>
                  <w:sz w:val="24"/>
                  <w:color w:val="1F4E79"/>
                  <w:u w:val="single"/>
                </w:rPr>
                <w:t>Code.org: Middle School Computer Science</w:t>
              </w:r>
            </w:hyperlink>
            <w:r>
              <w:rPr>
                <w:rFonts w:ascii="Times New Roman" w:hAnsi="Times New Roman"/>
                <w:b w:val="0"/>
                <w:i w:val="0"/>
                <w:color w:val="0E2243"/>
                <w:sz w:val="24"/>
                <w:spacing w:val="0"/>
              </w:rPr>
              <w:t xml:space="preserve">; </w:t>
            </w:r>
            <w:hyperlink r:id="rId27">
              <w:r>
                <w:rPr>
                  <w:rFonts w:ascii="Times New Roman" w:hAnsi="Times New Roman"/>
                  <w:sz w:val="24"/>
                  <w:color w:val="1F4E79"/>
                  <w:u w:val="single"/>
                </w:rPr>
                <w:t>Google Applied Digital Skills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Media bias and fact-checking task: students compare sources, check claims, identify possible bias, and explain what makes information trustworthy.</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Local environmental or neighborhood challenge: students research a real issue, gather information, design a response, and present recommendations.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Career inventory and exploration project: students complete an interest inventory, research matching careers, and connect options to school skills.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Formal portfolio presentation: students present artifacts showing strengths, goals, collaboration, communication, digital products, and future questions.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Professional communication practice: students write a clear email to a community mentor, prepare interview questions, and practice workplace interview skills.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Digital innovation project: students build a website prototype, app concept, video campaign, robotics model, or business-plan concept tied to a real audience.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Quarterly self-advocacy conference: students review goals, grades, activities, stressors, support needs, and next actions with an advisor.</w:t>
            </w:r>
          </w:p>
          <w:p>
            <w:pPr>
              <w:spacing w:before="100" w:after="0" w:line="259" w:lineRule="auto"/>
            </w:pPr>
            <w:r>
              <w:rPr>
                <w:rFonts w:ascii="Times New Roman" w:hAnsi="Times New Roman"/>
                <w:b/>
                <w:i w:val="0"/>
                <w:color w:val="1B4F46"/>
                <w:sz w:val="24"/>
                <w:spacing w:val="0"/>
              </w:rPr>
              <w:t xml:space="preserve">Resources: </w:t>
            </w:r>
            <w:hyperlink r:id="rId24">
              <w:r>
                <w:rPr>
                  <w:rFonts w:ascii="Times New Roman" w:hAnsi="Times New Roman"/>
                  <w:sz w:val="24"/>
                  <w:color w:val="1F4E79"/>
                  <w:u w:val="single"/>
                </w:rPr>
                <w:t>NewseumED: Fact Finder</w:t>
              </w:r>
            </w:hyperlink>
            <w:r>
              <w:rPr>
                <w:rFonts w:ascii="Times New Roman" w:hAnsi="Times New Roman"/>
                <w:b w:val="0"/>
                <w:i w:val="0"/>
                <w:color w:val="0E2243"/>
                <w:sz w:val="24"/>
                <w:spacing w:val="0"/>
              </w:rPr>
              <w:t xml:space="preserve">; </w:t>
            </w:r>
            <w:hyperlink r:id="rId25">
              <w:r>
                <w:rPr>
                  <w:rFonts w:ascii="Times New Roman" w:hAnsi="Times New Roman"/>
                  <w:sz w:val="24"/>
                  <w:color w:val="1F4E79"/>
                  <w:u w:val="single"/>
                </w:rPr>
                <w:t>My Next Move: O*NET Interest Profiler</w:t>
              </w:r>
            </w:hyperlink>
            <w:r>
              <w:rPr>
                <w:rFonts w:ascii="Times New Roman" w:hAnsi="Times New Roman"/>
                <w:b w:val="0"/>
                <w:i w:val="0"/>
                <w:color w:val="0E2243"/>
                <w:sz w:val="24"/>
                <w:spacing w:val="0"/>
              </w:rPr>
              <w:t xml:space="preserve">; </w:t>
            </w:r>
            <w:hyperlink r:id="rId28">
              <w:r>
                <w:rPr>
                  <w:rFonts w:ascii="Times New Roman" w:hAnsi="Times New Roman"/>
                  <w:sz w:val="24"/>
                  <w:color w:val="1F4E79"/>
                  <w:u w:val="single"/>
                </w:rPr>
                <w:t>CareerOneStop Career Videos</w:t>
              </w:r>
            </w:hyperlink>
            <w:r>
              <w:rPr>
                <w:rFonts w:ascii="Times New Roman" w:hAnsi="Times New Roman"/>
                <w:b w:val="0"/>
                <w:i w:val="0"/>
                <w:color w:val="0E2243"/>
                <w:sz w:val="24"/>
                <w:spacing w:val="0"/>
              </w:rPr>
              <w:t xml:space="preserve">; </w:t>
            </w:r>
            <w:hyperlink r:id="rId26">
              <w:r>
                <w:rPr>
                  <w:rFonts w:ascii="Times New Roman" w:hAnsi="Times New Roman"/>
                  <w:sz w:val="24"/>
                  <w:color w:val="1F4E79"/>
                  <w:u w:val="single"/>
                </w:rPr>
                <w:t>Code.org: Middle School Computer Science</w:t>
              </w:r>
            </w:hyperlink>
            <w:r>
              <w:rPr>
                <w:rFonts w:ascii="Times New Roman" w:hAnsi="Times New Roman"/>
                <w:b w:val="0"/>
                <w:i w:val="0"/>
                <w:color w:val="0E2243"/>
                <w:sz w:val="24"/>
                <w:spacing w:val="0"/>
              </w:rPr>
              <w:t xml:space="preserve">; </w:t>
            </w:r>
            <w:hyperlink r:id="rId27">
              <w:r>
                <w:rPr>
                  <w:rFonts w:ascii="Times New Roman" w:hAnsi="Times New Roman"/>
                  <w:sz w:val="24"/>
                  <w:color w:val="1F4E79"/>
                  <w:u w:val="single"/>
                </w:rPr>
                <w:t>Google Applied Digital Skills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Career inventory results, career research products, future-plan drafts, and transition reflections.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Media literacy artifacts such as source checks, bias analyses, claim-evidence notes, or fact-checking reflections.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 portfolios, presentation rubrics, professional email samples, interview practice artifacts, and peer feedback records.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Project-management evidence including roles, timelines, task logs, conflict-resolution reflections, and final products.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Participation data for career exploration, leadership, service, advising, digital innovation, and transition activities disaggregated by student group.</w:t>
            </w:r>
          </w:p>
          <w:p>
            <w:pPr>
              <w:spacing w:before="100" w:after="0" w:line="259" w:lineRule="auto"/>
            </w:pPr>
            <w:r>
              <w:rPr>
                <w:rFonts w:ascii="Times New Roman" w:hAnsi="Times New Roman"/>
                <w:b/>
                <w:i w:val="0"/>
                <w:color w:val="1B4F46"/>
                <w:sz w:val="24"/>
                <w:spacing w:val="0"/>
              </w:rPr>
              <w:t xml:space="preserve">Resources: </w:t>
            </w:r>
            <w:hyperlink r:id="rId23">
              <w:r>
                <w:rPr>
                  <w:rFonts w:ascii="Times New Roman" w:hAnsi="Times New Roman"/>
                  <w:sz w:val="24"/>
                  <w:color w:val="1F4E79"/>
                  <w:u w:val="single"/>
                </w:rPr>
                <w:t>Ohio Career Connections Framework</w:t>
              </w:r>
            </w:hyperlink>
            <w:r>
              <w:rPr>
                <w:rFonts w:ascii="Times New Roman" w:hAnsi="Times New Roman"/>
                <w:b w:val="0"/>
                <w:i w:val="0"/>
                <w:color w:val="0E2243"/>
                <w:sz w:val="24"/>
                <w:spacing w:val="0"/>
              </w:rPr>
              <w:t xml:space="preserve">; </w:t>
            </w:r>
            <w:hyperlink r:id="rId16">
              <w:r>
                <w:rPr>
                  <w:rFonts w:ascii="Times New Roman" w:hAnsi="Times New Roman"/>
                  <w:sz w:val="24"/>
                  <w:color w:val="1F4E79"/>
                  <w:u w:val="single"/>
                </w:rPr>
                <w:t>ASCA Mindsets and Behaviors</w:t>
              </w:r>
            </w:hyperlink>
            <w:r>
              <w:rPr>
                <w:rFonts w:ascii="Times New Roman" w:hAnsi="Times New Roman"/>
                <w:b w:val="0"/>
                <w:i w:val="0"/>
                <w:color w:val="0E2243"/>
                <w:sz w:val="24"/>
                <w:spacing w:val="0"/>
              </w:rPr>
              <w:t xml:space="preserve">; </w:t>
            </w:r>
            <w:hyperlink r:id="rId18">
              <w:r>
                <w:rPr>
                  <w:rFonts w:ascii="Times New Roman" w:hAnsi="Times New Roman"/>
                  <w:sz w:val="24"/>
                  <w:color w:val="1F4E79"/>
                  <w:u w:val="single"/>
                </w:rPr>
                <w:t>Common Sense Education: Digital Literacy and Well-Being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6-8 career exploration and self-advocacy map.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common student portfolio or reflection process.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media literacy and digital citizenship implementation routine.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project-management protocol for team tasks and longer projects.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process for identifying students who are missing exploration, advising, leadership, or transition support.</w:t>
            </w:r>
          </w:p>
          <w:p>
            <w:pPr>
              <w:spacing w:before="100" w:after="0" w:line="259" w:lineRule="auto"/>
            </w:pPr>
            <w:r>
              <w:rPr>
                <w:rFonts w:ascii="Times New Roman" w:hAnsi="Times New Roman"/>
                <w:b/>
                <w:i w:val="0"/>
                <w:color w:val="1B4F46"/>
                <w:sz w:val="24"/>
                <w:spacing w:val="0"/>
              </w:rPr>
              <w:t xml:space="preserve">Resources: </w:t>
            </w:r>
            <w:hyperlink r:id="rId22">
              <w:r>
                <w:rPr>
                  <w:rFonts w:ascii="Times New Roman" w:hAnsi="Times New Roman"/>
                  <w:sz w:val="24"/>
                  <w:color w:val="1F4E79"/>
                  <w:u w:val="single"/>
                </w:rPr>
                <w:t>SpacesEDU: Portrait of a Graduate Tools</w:t>
              </w:r>
            </w:hyperlink>
            <w:r>
              <w:rPr>
                <w:rFonts w:ascii="Times New Roman" w:hAnsi="Times New Roman"/>
                <w:b w:val="0"/>
                <w:i w:val="0"/>
                <w:color w:val="0E2243"/>
                <w:sz w:val="24"/>
                <w:spacing w:val="0"/>
              </w:rPr>
              <w:t xml:space="preserve">; </w:t>
            </w:r>
            <w:hyperlink r:id="rId23">
              <w:r>
                <w:rPr>
                  <w:rFonts w:ascii="Times New Roman" w:hAnsi="Times New Roman"/>
                  <w:sz w:val="24"/>
                  <w:color w:val="1F4E79"/>
                  <w:u w:val="single"/>
                </w:rPr>
                <w:t>Ohio Career Connections Framework</w:t>
              </w:r>
            </w:hyperlink>
            <w:r>
              <w:rPr>
                <w:rFonts w:ascii="Times New Roman" w:hAnsi="Times New Roman"/>
                <w:b w:val="0"/>
                <w:i w:val="0"/>
                <w:color w:val="0E2243"/>
                <w:sz w:val="24"/>
                <w:spacing w:val="0"/>
              </w:rPr>
              <w:t xml:space="preserve">; </w:t>
            </w:r>
            <w:hyperlink r:id="rId29">
              <w:r>
                <w:rPr>
                  <w:rFonts w:ascii="Times New Roman" w:hAnsi="Times New Roman"/>
                  <w:sz w:val="24"/>
                  <w:color w:val="1F4E79"/>
                  <w:u w:val="single"/>
                </w:rPr>
                <w:t>O*NET Career Exploration Tools</w:t>
              </w:r>
            </w:hyperlink>
            <w:r>
              <w:rPr>
                <w:rFonts w:ascii="Times New Roman" w:hAnsi="Times New Roman"/>
                <w:b w:val="0"/>
                <w:i w:val="0"/>
                <w:color w:val="0E2243"/>
                <w:sz w:val="24"/>
                <w:spacing w:val="0"/>
              </w:rPr>
              <w:t xml:space="preserve">; </w:t>
            </w:r>
            <w:hyperlink r:id="rId26">
              <w:r>
                <w:rPr>
                  <w:rFonts w:ascii="Times New Roman" w:hAnsi="Times New Roman"/>
                  <w:sz w:val="24"/>
                  <w:color w:val="1F4E79"/>
                  <w:u w:val="single"/>
                </w:rPr>
                <w:t>Code.org: Middle School Computer Science</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6-8: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40" w:after="40" w:line="259" w:lineRule="auto"/>
      </w:pPr>
      <w:r>
        <w:rPr>
          <w:rFonts w:ascii="Times New Roman" w:hAnsi="Times New Roman"/>
          <w:b/>
          <w:i w:val="0"/>
          <w:color w:val="0E2243"/>
          <w:sz w:val="28"/>
          <w:spacing w:val="0"/>
        </w:rPr>
        <w:t>Grades 9-10</w:t>
      </w:r>
    </w:p>
    <w:p>
      <w:pPr>
        <w:spacing w:before="0" w:after="100" w:line="259" w:lineRule="auto"/>
      </w:pPr>
      <w:r>
        <w:rPr>
          <w:rFonts w:ascii="Times New Roman" w:hAnsi="Times New Roman"/>
          <w:b w:val="0"/>
          <w:i/>
          <w:color w:val="1B4F46"/>
          <w:sz w:val="24"/>
          <w:spacing w:val="0"/>
        </w:rPr>
        <w:t>Launch formal postsecondary planning, specialized academic pathways, technical literacy, and advanced collaborative problem solving.</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analyze complex systems, data, media, and real-world problems by identifying patterns, structural flaws, assumptions, and evidence.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defend evidence-based arguments, test hypotheses, evaluate data models, and examine how algorithms or media systems may influence information.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create and update an individual postsecondary and career plan that connects graduation requirements, course choices, advanced coursework, CTE, work-based learning, and support needs.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practice academic and workplace communication through technical briefs, project pitches, informational interviews, professional messages, and analytical peer feedback.</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lead or contribute to multi-week team projects that require shared roles, diverse skill sets, conflict resolution, research, technical production, and public presentation.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build applied innovation and technical skills through prototypes, coding, data tools, media portfolios, workflow automation, or business-plan concepts.</w:t>
            </w:r>
          </w:p>
          <w:p>
            <w:pPr>
              <w:spacing w:before="100" w:after="0" w:line="259" w:lineRule="auto"/>
            </w:pPr>
            <w:r>
              <w:rPr>
                <w:rFonts w:ascii="Times New Roman" w:hAnsi="Times New Roman"/>
                <w:b/>
                <w:i w:val="0"/>
                <w:color w:val="1B4F46"/>
                <w:sz w:val="24"/>
                <w:spacing w:val="0"/>
              </w:rPr>
              <w:t xml:space="preserve">Resources: </w:t>
            </w:r>
            <w:hyperlink r:id="rId30">
              <w:r>
                <w:rPr>
                  <w:rFonts w:ascii="Times New Roman" w:hAnsi="Times New Roman"/>
                  <w:sz w:val="24"/>
                  <w:color w:val="1F4E79"/>
                  <w:u w:val="single"/>
                </w:rPr>
                <w:t>IES REL Central: Individual Plans of Study Tip Sheet</w:t>
              </w:r>
            </w:hyperlink>
            <w:r>
              <w:rPr>
                <w:rFonts w:ascii="Times New Roman" w:hAnsi="Times New Roman"/>
                <w:b w:val="0"/>
                <w:i w:val="0"/>
                <w:color w:val="0E2243"/>
                <w:sz w:val="24"/>
                <w:spacing w:val="0"/>
              </w:rPr>
              <w:t xml:space="preserve">; </w:t>
            </w:r>
            <w:hyperlink r:id="rId31">
              <w:r>
                <w:rPr>
                  <w:rFonts w:ascii="Times New Roman" w:hAnsi="Times New Roman"/>
                  <w:sz w:val="24"/>
                  <w:color w:val="1F4E79"/>
                  <w:u w:val="single"/>
                </w:rPr>
                <w:t>NACE: Career Readiness Competencies</w:t>
              </w:r>
            </w:hyperlink>
            <w:r>
              <w:rPr>
                <w:rFonts w:ascii="Times New Roman" w:hAnsi="Times New Roman"/>
                <w:b w:val="0"/>
                <w:i w:val="0"/>
                <w:color w:val="0E2243"/>
                <w:sz w:val="24"/>
                <w:spacing w:val="0"/>
              </w:rPr>
              <w:t xml:space="preserve">; </w:t>
            </w:r>
            <w:hyperlink r:id="rId32">
              <w:r>
                <w:rPr>
                  <w:rFonts w:ascii="Times New Roman" w:hAnsi="Times New Roman"/>
                  <w:sz w:val="24"/>
                  <w:color w:val="1F4E79"/>
                  <w:u w:val="single"/>
                </w:rPr>
                <w:t>Code.org: High School Computer Science</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Provide structured advising so every student understands how ninth- and tenth-grade choices affect future pathways, advanced coursework, credentials, and postsecondary options.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Teach students to interpret progress data, monitor cumulative GPA, understand credit requirements, and revise plans based on performance, interests, and goals.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Design projects that require evidence-based reasoning, technical communication, cross-functional collaboration, revision, and public or professional audience awareness.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Monitor equitable access to rigorous coursework, CTE, advising, work-based learning, technical learning, extracurriculars, and early postsecondary planning support.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Engage families in understanding course sequences, requirements, costs, support systems, early financial goals, and timeline decisions.</w:t>
            </w:r>
          </w:p>
          <w:p>
            <w:pPr>
              <w:spacing w:before="100" w:after="0" w:line="259" w:lineRule="auto"/>
            </w:pPr>
            <w:r>
              <w:rPr>
                <w:rFonts w:ascii="Times New Roman" w:hAnsi="Times New Roman"/>
                <w:b/>
                <w:i w:val="0"/>
                <w:color w:val="1B4F46"/>
                <w:sz w:val="24"/>
                <w:spacing w:val="0"/>
              </w:rPr>
              <w:t xml:space="preserve">Resources: </w:t>
            </w:r>
            <w:hyperlink r:id="rId30">
              <w:r>
                <w:rPr>
                  <w:rFonts w:ascii="Times New Roman" w:hAnsi="Times New Roman"/>
                  <w:sz w:val="24"/>
                  <w:color w:val="1F4E79"/>
                  <w:u w:val="single"/>
                </w:rPr>
                <w:t>IES REL Central: Individual Plans of Study Tip Sheet</w:t>
              </w:r>
            </w:hyperlink>
            <w:r>
              <w:rPr>
                <w:rFonts w:ascii="Times New Roman" w:hAnsi="Times New Roman"/>
                <w:b w:val="0"/>
                <w:i w:val="0"/>
                <w:color w:val="0E2243"/>
                <w:sz w:val="24"/>
                <w:spacing w:val="0"/>
              </w:rPr>
              <w:t xml:space="preserve">; </w:t>
            </w:r>
            <w:hyperlink r:id="rId10">
              <w:r>
                <w:rPr>
                  <w:rFonts w:ascii="Times New Roman" w:hAnsi="Times New Roman"/>
                  <w:sz w:val="24"/>
                  <w:color w:val="1F4E79"/>
                  <w:u w:val="single"/>
                </w:rPr>
                <w:t>Pennsylvania Career Ready Skills Toolkit</w:t>
              </w:r>
            </w:hyperlink>
            <w:r>
              <w:rPr>
                <w:rFonts w:ascii="Times New Roman" w:hAnsi="Times New Roman"/>
                <w:b w:val="0"/>
                <w:i w:val="0"/>
                <w:color w:val="0E2243"/>
                <w:sz w:val="24"/>
                <w:spacing w:val="0"/>
              </w:rPr>
              <w:t xml:space="preserve">; </w:t>
            </w:r>
            <w:hyperlink r:id="rId16">
              <w:r>
                <w:rPr>
                  <w:rFonts w:ascii="Times New Roman" w:hAnsi="Times New Roman"/>
                  <w:sz w:val="24"/>
                  <w:color w:val="1F4E79"/>
                  <w:u w:val="single"/>
                </w:rPr>
                <w:t>ASCA Mindsets and Behaviors</w:t>
              </w:r>
            </w:hyperlink>
            <w:r>
              <w:rPr>
                <w:rFonts w:ascii="Times New Roman" w:hAnsi="Times New Roman"/>
                <w:b w:val="0"/>
                <w:i w:val="0"/>
                <w:color w:val="0E2243"/>
                <w:sz w:val="24"/>
                <w:spacing w:val="0"/>
              </w:rPr>
              <w:t xml:space="preserve">; </w:t>
            </w:r>
            <w:hyperlink r:id="rId31">
              <w:r>
                <w:rPr>
                  <w:rFonts w:ascii="Times New Roman" w:hAnsi="Times New Roman"/>
                  <w:sz w:val="24"/>
                  <w:color w:val="1F4E79"/>
                  <w:u w:val="single"/>
                </w:rPr>
                <w:t>NACE: Career Readiness Competencies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grade 9-10 individual plan of study process that is updated at least annually and reviewed through advising or student-led conferences.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milestone checklist for graduation requirements, GPA monitoring, advanced coursework, CTE/pathway options, career exploration, early job shadowing, and support access.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project-based learning routine that includes formal communication, technical or data products, team roles, revision, and public presentation.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process for identifying students who need additional academic, advising, social, pathway, technology, or financial-planning support before junior year.</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system for monitoring equitable access to rigorous coursework, technical learning, career-connected experiences, and postsecondary planning support.</w:t>
            </w:r>
          </w:p>
          <w:p>
            <w:pPr>
              <w:spacing w:before="100" w:after="0" w:line="259" w:lineRule="auto"/>
            </w:pPr>
            <w:r>
              <w:rPr>
                <w:rFonts w:ascii="Times New Roman" w:hAnsi="Times New Roman"/>
                <w:b/>
                <w:i w:val="0"/>
                <w:color w:val="1B4F46"/>
                <w:sz w:val="24"/>
                <w:spacing w:val="0"/>
              </w:rPr>
              <w:t xml:space="preserve">Resources: </w:t>
            </w:r>
            <w:hyperlink r:id="rId30">
              <w:r>
                <w:rPr>
                  <w:rFonts w:ascii="Times New Roman" w:hAnsi="Times New Roman"/>
                  <w:sz w:val="24"/>
                  <w:color w:val="1F4E79"/>
                  <w:u w:val="single"/>
                </w:rPr>
                <w:t>IES REL Central: Individual Plans of Study Tip Sheet</w:t>
              </w:r>
            </w:hyperlink>
            <w:r>
              <w:rPr>
                <w:rFonts w:ascii="Times New Roman" w:hAnsi="Times New Roman"/>
                <w:b w:val="0"/>
                <w:i w:val="0"/>
                <w:color w:val="0E2243"/>
                <w:sz w:val="24"/>
                <w:spacing w:val="0"/>
              </w:rPr>
              <w:t xml:space="preserve">; </w:t>
            </w:r>
            <w:hyperlink r:id="rId33">
              <w:r>
                <w:rPr>
                  <w:rFonts w:ascii="Times New Roman" w:hAnsi="Times New Roman"/>
                  <w:sz w:val="24"/>
                  <w:color w:val="1F4E79"/>
                  <w:u w:val="single"/>
                </w:rPr>
                <w:t>FCPS: High School Academic and Career Plan</w:t>
              </w:r>
            </w:hyperlink>
            <w:r>
              <w:rPr>
                <w:rFonts w:ascii="Times New Roman" w:hAnsi="Times New Roman"/>
                <w:b w:val="0"/>
                <w:i w:val="0"/>
                <w:color w:val="0E2243"/>
                <w:sz w:val="24"/>
                <w:spacing w:val="0"/>
              </w:rPr>
              <w:t xml:space="preserve">; </w:t>
            </w:r>
            <w:hyperlink r:id="rId34">
              <w:r>
                <w:rPr>
                  <w:rFonts w:ascii="Times New Roman" w:hAnsi="Times New Roman"/>
                  <w:sz w:val="24"/>
                  <w:color w:val="1F4E79"/>
                  <w:u w:val="single"/>
                </w:rPr>
                <w:t>Code.org: Computer Science Discoveries</w:t>
              </w:r>
            </w:hyperlink>
            <w:r>
              <w:rPr>
                <w:rFonts w:ascii="Times New Roman" w:hAnsi="Times New Roman"/>
                <w:b w:val="0"/>
                <w:i w:val="0"/>
                <w:color w:val="0E2243"/>
                <w:sz w:val="24"/>
                <w:spacing w:val="0"/>
              </w:rPr>
              <w:t xml:space="preserve">; </w:t>
            </w:r>
            <w:hyperlink r:id="rId35">
              <w:r>
                <w:rPr>
                  <w:rFonts w:ascii="Times New Roman" w:hAnsi="Times New Roman"/>
                  <w:sz w:val="24"/>
                  <w:color w:val="1F4E79"/>
                  <w:u w:val="single"/>
                </w:rPr>
                <w:t>Federal Student Aid: Prepare for College</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Individual plan of study review: students map graduation requirements, cumulative GPA, course sequences, pathway interests, advanced coursework, and support needs.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Technical brief or project pitch: students propose a solution to a real problem using evidence, constraints, audience awareness, and next-step recommendations.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Data and media analysis task: students evaluate a dataset, model, algorithmic recommendation, news source, or media claim and defend an evidence-based conclusion.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Informational interview cycle: students identify a professional, write a clear request, conduct an interview, and summarize what they learned about skills, pathways, and decisions.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Cross-functional project team: students manage a multi-week product involving research, writing, design, data, technology, presentation, and peer feedback.</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Applied innovation project: students create a prototype, database, automated workflow, website/app concept, media portfolio, or scalable business blueprint.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Early financial goal activity: students compare pathway costs, earning possibilities, savings goals, and tradeoffs tied to their individual plan.</w:t>
            </w:r>
          </w:p>
          <w:p>
            <w:pPr>
              <w:spacing w:before="100" w:after="0" w:line="259" w:lineRule="auto"/>
            </w:pPr>
            <w:r>
              <w:rPr>
                <w:rFonts w:ascii="Times New Roman" w:hAnsi="Times New Roman"/>
                <w:b/>
                <w:i w:val="0"/>
                <w:color w:val="1B4F46"/>
                <w:sz w:val="24"/>
                <w:spacing w:val="0"/>
              </w:rPr>
              <w:t xml:space="preserve">Resources: </w:t>
            </w:r>
            <w:hyperlink r:id="rId27">
              <w:r>
                <w:rPr>
                  <w:rFonts w:ascii="Times New Roman" w:hAnsi="Times New Roman"/>
                  <w:sz w:val="24"/>
                  <w:color w:val="1F4E79"/>
                  <w:u w:val="single"/>
                </w:rPr>
                <w:t>Google Applied Digital Skills</w:t>
              </w:r>
            </w:hyperlink>
            <w:r>
              <w:rPr>
                <w:rFonts w:ascii="Times New Roman" w:hAnsi="Times New Roman"/>
                <w:b w:val="0"/>
                <w:i w:val="0"/>
                <w:color w:val="0E2243"/>
                <w:sz w:val="24"/>
                <w:spacing w:val="0"/>
              </w:rPr>
              <w:t xml:space="preserve">; </w:t>
            </w:r>
            <w:hyperlink r:id="rId34">
              <w:r>
                <w:rPr>
                  <w:rFonts w:ascii="Times New Roman" w:hAnsi="Times New Roman"/>
                  <w:sz w:val="24"/>
                  <w:color w:val="1F4E79"/>
                  <w:u w:val="single"/>
                </w:rPr>
                <w:t>Code.org: Computer Science Discoveries</w:t>
              </w:r>
            </w:hyperlink>
            <w:r>
              <w:rPr>
                <w:rFonts w:ascii="Times New Roman" w:hAnsi="Times New Roman"/>
                <w:b w:val="0"/>
                <w:i w:val="0"/>
                <w:color w:val="0E2243"/>
                <w:sz w:val="24"/>
                <w:spacing w:val="0"/>
              </w:rPr>
              <w:t xml:space="preserve">; </w:t>
            </w:r>
            <w:hyperlink r:id="rId24">
              <w:r>
                <w:rPr>
                  <w:rFonts w:ascii="Times New Roman" w:hAnsi="Times New Roman"/>
                  <w:sz w:val="24"/>
                  <w:color w:val="1F4E79"/>
                  <w:u w:val="single"/>
                </w:rPr>
                <w:t>NewseumED: Fact Finder</w:t>
              </w:r>
            </w:hyperlink>
            <w:r>
              <w:rPr>
                <w:rFonts w:ascii="Times New Roman" w:hAnsi="Times New Roman"/>
                <w:b w:val="0"/>
                <w:i w:val="0"/>
                <w:color w:val="0E2243"/>
                <w:sz w:val="24"/>
                <w:spacing w:val="0"/>
              </w:rPr>
              <w:t xml:space="preserve">; </w:t>
            </w:r>
            <w:hyperlink r:id="rId25">
              <w:r>
                <w:rPr>
                  <w:rFonts w:ascii="Times New Roman" w:hAnsi="Times New Roman"/>
                  <w:sz w:val="24"/>
                  <w:color w:val="1F4E79"/>
                  <w:u w:val="single"/>
                </w:rPr>
                <w:t>My Next Move: O*NET Interest Profiler</w:t>
              </w:r>
            </w:hyperlink>
            <w:r>
              <w:rPr>
                <w:rFonts w:ascii="Times New Roman" w:hAnsi="Times New Roman"/>
                <w:b w:val="0"/>
                <w:i w:val="0"/>
                <w:color w:val="0E2243"/>
                <w:sz w:val="24"/>
                <w:spacing w:val="0"/>
              </w:rPr>
              <w:t xml:space="preserve">; </w:t>
            </w:r>
            <w:hyperlink r:id="rId31">
              <w:r>
                <w:rPr>
                  <w:rFonts w:ascii="Times New Roman" w:hAnsi="Times New Roman"/>
                  <w:sz w:val="24"/>
                  <w:color w:val="1F4E79"/>
                  <w:u w:val="single"/>
                </w:rPr>
                <w:t>NACE: Career Readiness Competencies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Individual plan of study completion and updates, including course plans, goals, support needs, and evidence of reflection.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GPA, credit completion, advanced coursework access, CTE/pathway participation, advising participation, and early work-based learning access.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Technical briefs, project pitches, data analyses, media critiques, prototypes, websites/apps, business concepts, and research reports.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Informational interview artifacts, professional email samples, presentation rubrics, peer feedback, team project logs, and revision evidence.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Disaggregated data showing access to rigorous coursework, technical learning, advising, support, extracurricular opportunities, and pathway experiences.</w:t>
            </w:r>
          </w:p>
          <w:p>
            <w:pPr>
              <w:spacing w:before="100" w:after="0" w:line="259" w:lineRule="auto"/>
            </w:pPr>
            <w:r>
              <w:rPr>
                <w:rFonts w:ascii="Times New Roman" w:hAnsi="Times New Roman"/>
                <w:b/>
                <w:i w:val="0"/>
                <w:color w:val="1B4F46"/>
                <w:sz w:val="24"/>
                <w:spacing w:val="0"/>
              </w:rPr>
              <w:t xml:space="preserve">Resources: </w:t>
            </w:r>
            <w:hyperlink r:id="rId30">
              <w:r>
                <w:rPr>
                  <w:rFonts w:ascii="Times New Roman" w:hAnsi="Times New Roman"/>
                  <w:sz w:val="24"/>
                  <w:color w:val="1F4E79"/>
                  <w:u w:val="single"/>
                </w:rPr>
                <w:t>IES REL Central: Individual Plans of Study Tip Sheet</w:t>
              </w:r>
            </w:hyperlink>
            <w:r>
              <w:rPr>
                <w:rFonts w:ascii="Times New Roman" w:hAnsi="Times New Roman"/>
                <w:b w:val="0"/>
                <w:i w:val="0"/>
                <w:color w:val="0E2243"/>
                <w:sz w:val="24"/>
                <w:spacing w:val="0"/>
              </w:rPr>
              <w:t xml:space="preserve">; </w:t>
            </w:r>
            <w:hyperlink r:id="rId31">
              <w:r>
                <w:rPr>
                  <w:rFonts w:ascii="Times New Roman" w:hAnsi="Times New Roman"/>
                  <w:sz w:val="24"/>
                  <w:color w:val="1F4E79"/>
                  <w:u w:val="single"/>
                </w:rPr>
                <w:t>NACE: Career Readiness Competencies</w:t>
              </w:r>
            </w:hyperlink>
            <w:r>
              <w:rPr>
                <w:rFonts w:ascii="Times New Roman" w:hAnsi="Times New Roman"/>
                <w:b w:val="0"/>
                <w:i w:val="0"/>
                <w:color w:val="0E2243"/>
                <w:sz w:val="24"/>
                <w:spacing w:val="0"/>
              </w:rPr>
              <w:t xml:space="preserve">; </w:t>
            </w:r>
            <w:hyperlink r:id="rId16">
              <w:r>
                <w:rPr>
                  <w:rFonts w:ascii="Times New Roman" w:hAnsi="Times New Roman"/>
                  <w:sz w:val="24"/>
                  <w:color w:val="1F4E79"/>
                  <w:u w:val="single"/>
                </w:rPr>
                <w:t>ASCA Mindsets and Behaviors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9-10 individual plan of study and advising calendar.</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milestone map for GPA, credits, course planning, pathway exploration, advanced coursework, CTE, job shadowing, and family communication.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project/technical communication protocol for multi-week team products.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system for flagging students who need support before junior year.</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process for monitoring equitable access to rigorous coursework and early postsecondary planning opportunities.</w:t>
            </w:r>
          </w:p>
          <w:p>
            <w:pPr>
              <w:spacing w:before="100" w:after="0" w:line="259" w:lineRule="auto"/>
            </w:pPr>
            <w:r>
              <w:rPr>
                <w:rFonts w:ascii="Times New Roman" w:hAnsi="Times New Roman"/>
                <w:b/>
                <w:i w:val="0"/>
                <w:color w:val="1B4F46"/>
                <w:sz w:val="24"/>
                <w:spacing w:val="0"/>
              </w:rPr>
              <w:t xml:space="preserve">Resources: </w:t>
            </w:r>
            <w:hyperlink r:id="rId22">
              <w:r>
                <w:rPr>
                  <w:rFonts w:ascii="Times New Roman" w:hAnsi="Times New Roman"/>
                  <w:sz w:val="24"/>
                  <w:color w:val="1F4E79"/>
                  <w:u w:val="single"/>
                </w:rPr>
                <w:t>SpacesEDU: Portrait of a Graduate Tools</w:t>
              </w:r>
            </w:hyperlink>
            <w:r>
              <w:rPr>
                <w:rFonts w:ascii="Times New Roman" w:hAnsi="Times New Roman"/>
                <w:b w:val="0"/>
                <w:i w:val="0"/>
                <w:color w:val="0E2243"/>
                <w:sz w:val="24"/>
                <w:spacing w:val="0"/>
              </w:rPr>
              <w:t xml:space="preserve">; </w:t>
            </w:r>
            <w:hyperlink r:id="rId30">
              <w:r>
                <w:rPr>
                  <w:rFonts w:ascii="Times New Roman" w:hAnsi="Times New Roman"/>
                  <w:sz w:val="24"/>
                  <w:color w:val="1F4E79"/>
                  <w:u w:val="single"/>
                </w:rPr>
                <w:t>IES REL Central: Individual Plans of Study Tip Sheet</w:t>
              </w:r>
            </w:hyperlink>
            <w:r>
              <w:rPr>
                <w:rFonts w:ascii="Times New Roman" w:hAnsi="Times New Roman"/>
                <w:b w:val="0"/>
                <w:i w:val="0"/>
                <w:color w:val="0E2243"/>
                <w:sz w:val="24"/>
                <w:spacing w:val="0"/>
              </w:rPr>
              <w:t xml:space="preserve">; </w:t>
            </w:r>
            <w:hyperlink r:id="rId33">
              <w:r>
                <w:rPr>
                  <w:rFonts w:ascii="Times New Roman" w:hAnsi="Times New Roman"/>
                  <w:sz w:val="24"/>
                  <w:color w:val="1F4E79"/>
                  <w:u w:val="single"/>
                </w:rPr>
                <w:t>FCPS: High School Academic and Career Plan</w:t>
              </w:r>
            </w:hyperlink>
            <w:r>
              <w:rPr>
                <w:rFonts w:ascii="Times New Roman" w:hAnsi="Times New Roman"/>
                <w:b w:val="0"/>
                <w:i w:val="0"/>
                <w:color w:val="0E2243"/>
                <w:sz w:val="24"/>
                <w:spacing w:val="0"/>
              </w:rPr>
              <w:t xml:space="preserve">; </w:t>
            </w:r>
            <w:hyperlink r:id="rId31">
              <w:r>
                <w:rPr>
                  <w:rFonts w:ascii="Times New Roman" w:hAnsi="Times New Roman"/>
                  <w:sz w:val="24"/>
                  <w:color w:val="1F4E79"/>
                  <w:u w:val="single"/>
                </w:rPr>
                <w:t>NACE: Career Readiness Competencies</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9-10: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40" w:after="40" w:line="259" w:lineRule="auto"/>
      </w:pPr>
      <w:r>
        <w:rPr>
          <w:rFonts w:ascii="Times New Roman" w:hAnsi="Times New Roman"/>
          <w:b/>
          <w:i w:val="0"/>
          <w:color w:val="0E2243"/>
          <w:sz w:val="28"/>
          <w:spacing w:val="0"/>
        </w:rPr>
        <w:t>Grades 11-12</w:t>
      </w:r>
    </w:p>
    <w:p>
      <w:pPr>
        <w:spacing w:before="0" w:after="100" w:line="259" w:lineRule="auto"/>
      </w:pPr>
      <w:r>
        <w:rPr>
          <w:rFonts w:ascii="Times New Roman" w:hAnsi="Times New Roman"/>
          <w:b w:val="0"/>
          <w:i/>
          <w:color w:val="1B4F46"/>
          <w:sz w:val="24"/>
          <w:spacing w:val="0"/>
        </w:rPr>
        <w:t>Finalize postsecondary placement, work-based learning, capstone or portfolio evidence, leadership, and transition readiness for Enrollment, Enlistment, or Employment.</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maintain a current Enrollment, Enlistment, or Employment plan that includes next steps, requirements, deadlines, financial considerations, support needs, and backup options.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complete meaningful work-based, postsecondary, career-connected, civic, service, capstone, credential, internship, apprenticeship, CTE, dual-enrollment, military, or community-connected experiences.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defend evidence-based arguments, capstone products, portfolios, research, or applied learning before authentic audiences.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practice professional and civic communication through networking interviews, supervisor communication, formal presentations, performance feedback, and audience-aware writing.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lead or contribute to multi-stakeholder projects that require responsibility, collaboration, conflict resolution, project management, and follow-through.</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complete transition tasks such as financial aid, applications, enrollment or onboarding steps, resumes, interviews, credentials, budgeting, and independent-living preparation.</w:t>
            </w:r>
          </w:p>
          <w:p>
            <w:pPr>
              <w:spacing w:before="100" w:after="0" w:line="259" w:lineRule="auto"/>
            </w:pPr>
            <w:r>
              <w:rPr>
                <w:rFonts w:ascii="Times New Roman" w:hAnsi="Times New Roman"/>
                <w:b/>
                <w:i w:val="0"/>
                <w:color w:val="1B4F46"/>
                <w:sz w:val="24"/>
                <w:spacing w:val="0"/>
              </w:rPr>
              <w:t xml:space="preserve">Resources: </w:t>
            </w:r>
            <w:hyperlink r:id="rId31">
              <w:r>
                <w:rPr>
                  <w:rFonts w:ascii="Times New Roman" w:hAnsi="Times New Roman"/>
                  <w:sz w:val="24"/>
                  <w:color w:val="1F4E79"/>
                  <w:u w:val="single"/>
                </w:rPr>
                <w:t>NACE: Career Readiness Competencies</w:t>
              </w:r>
            </w:hyperlink>
            <w:r>
              <w:rPr>
                <w:rFonts w:ascii="Times New Roman" w:hAnsi="Times New Roman"/>
                <w:b w:val="0"/>
                <w:i w:val="0"/>
                <w:color w:val="0E2243"/>
                <w:sz w:val="24"/>
                <w:spacing w:val="0"/>
              </w:rPr>
              <w:t xml:space="preserve">; </w:t>
            </w:r>
            <w:hyperlink r:id="rId36">
              <w:r>
                <w:rPr>
                  <w:rFonts w:ascii="Times New Roman" w:hAnsi="Times New Roman"/>
                  <w:sz w:val="24"/>
                  <w:color w:val="1F4E79"/>
                  <w:u w:val="single"/>
                </w:rPr>
                <w:t>U.S. Department of Education: Career Pathways</w:t>
              </w:r>
            </w:hyperlink>
            <w:r>
              <w:rPr>
                <w:rFonts w:ascii="Times New Roman" w:hAnsi="Times New Roman"/>
                <w:b w:val="0"/>
                <w:i w:val="0"/>
                <w:color w:val="0E2243"/>
                <w:sz w:val="24"/>
                <w:spacing w:val="0"/>
              </w:rPr>
              <w:t xml:space="preserve">; </w:t>
            </w:r>
            <w:hyperlink r:id="rId37">
              <w:r>
                <w:rPr>
                  <w:rFonts w:ascii="Times New Roman" w:hAnsi="Times New Roman"/>
                  <w:sz w:val="24"/>
                  <w:color w:val="1F4E79"/>
                  <w:u w:val="single"/>
                </w:rPr>
                <w:t>Apprenticeship.gov: Career Seekers</w:t>
              </w:r>
            </w:hyperlink>
            <w:r>
              <w:rPr>
                <w:rFonts w:ascii="Times New Roman" w:hAnsi="Times New Roman"/>
                <w:b w:val="0"/>
                <w:i w:val="0"/>
                <w:color w:val="0E2243"/>
                <w:sz w:val="24"/>
                <w:spacing w:val="0"/>
              </w:rPr>
              <w:t xml:space="preserve">; </w:t>
            </w:r>
            <w:hyperlink r:id="rId38">
              <w:r>
                <w:rPr>
                  <w:rFonts w:ascii="Times New Roman" w:hAnsi="Times New Roman"/>
                  <w:sz w:val="24"/>
                  <w:color w:val="1F4E79"/>
                  <w:u w:val="single"/>
                </w:rPr>
                <w:t>Federal Student Aid: FAFSA Checklist</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Track every student's Enrollment, Enlistment, or Employment plan, including milestones, deadlines, support needs, and backup options.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Coordinate advisors, counselors, teachers, CTE staff, families, community partners, employers, military contacts, and postsecondary partners around student plans.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Provide clear structures for capstone, portfolio, Presentation of Learning, work-based learning, supervisor feedback, and transition reflection.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Teach and monitor professional communication, leadership, project management, financial aid navigation, application completion, and support-seeking.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Review equitable access to internships, apprenticeships, credentials, advanced coursework, financial aid support, advising, and postsecondary placement opportunities.</w:t>
            </w:r>
          </w:p>
          <w:p>
            <w:pPr>
              <w:spacing w:before="100" w:after="0" w:line="259" w:lineRule="auto"/>
            </w:pPr>
            <w:r>
              <w:rPr>
                <w:rFonts w:ascii="Times New Roman" w:hAnsi="Times New Roman"/>
                <w:b/>
                <w:i w:val="0"/>
                <w:color w:val="1B4F46"/>
                <w:sz w:val="24"/>
                <w:spacing w:val="0"/>
              </w:rPr>
              <w:t xml:space="preserve">Resources: </w:t>
            </w:r>
            <w:hyperlink r:id="rId31">
              <w:r>
                <w:rPr>
                  <w:rFonts w:ascii="Times New Roman" w:hAnsi="Times New Roman"/>
                  <w:sz w:val="24"/>
                  <w:color w:val="1F4E79"/>
                  <w:u w:val="single"/>
                </w:rPr>
                <w:t>NACE: Career Readiness Competencies</w:t>
              </w:r>
            </w:hyperlink>
            <w:r>
              <w:rPr>
                <w:rFonts w:ascii="Times New Roman" w:hAnsi="Times New Roman"/>
                <w:b w:val="0"/>
                <w:i w:val="0"/>
                <w:color w:val="0E2243"/>
                <w:sz w:val="24"/>
                <w:spacing w:val="0"/>
              </w:rPr>
              <w:t xml:space="preserve">; </w:t>
            </w:r>
            <w:hyperlink r:id="rId10">
              <w:r>
                <w:rPr>
                  <w:rFonts w:ascii="Times New Roman" w:hAnsi="Times New Roman"/>
                  <w:sz w:val="24"/>
                  <w:color w:val="1F4E79"/>
                  <w:u w:val="single"/>
                </w:rPr>
                <w:t>Pennsylvania Career Ready Skills Toolkit</w:t>
              </w:r>
            </w:hyperlink>
            <w:r>
              <w:rPr>
                <w:rFonts w:ascii="Times New Roman" w:hAnsi="Times New Roman"/>
                <w:b w:val="0"/>
                <w:i w:val="0"/>
                <w:color w:val="0E2243"/>
                <w:sz w:val="24"/>
                <w:spacing w:val="0"/>
              </w:rPr>
              <w:t xml:space="preserve">; </w:t>
            </w:r>
            <w:hyperlink r:id="rId36">
              <w:r>
                <w:rPr>
                  <w:rFonts w:ascii="Times New Roman" w:hAnsi="Times New Roman"/>
                  <w:sz w:val="24"/>
                  <w:color w:val="1F4E79"/>
                  <w:u w:val="single"/>
                </w:rPr>
                <w:t>U.S. Department of Education: Career Pathways</w:t>
              </w:r>
            </w:hyperlink>
            <w:r>
              <w:rPr>
                <w:rFonts w:ascii="Times New Roman" w:hAnsi="Times New Roman"/>
                <w:b w:val="0"/>
                <w:i w:val="0"/>
                <w:color w:val="0E2243"/>
                <w:sz w:val="24"/>
                <w:spacing w:val="0"/>
              </w:rPr>
              <w:t xml:space="preserve">; </w:t>
            </w:r>
            <w:hyperlink r:id="rId16">
              <w:r>
                <w:rPr>
                  <w:rFonts w:ascii="Times New Roman" w:hAnsi="Times New Roman"/>
                  <w:sz w:val="24"/>
                  <w:color w:val="1F4E79"/>
                  <w:u w:val="single"/>
                </w:rPr>
                <w:t>ASCA Mindsets and Behaviors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An 11-12 transition milestone system that tracks every student's Enrollment, Enlistment, or Employment plan and backup plan.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capstone, portfolio, or Presentation of Learning process that requires students to demonstrate readiness, growth, applied learning, and future direction.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work-based learning, internship, apprenticeship, credential, or career-connected experience process with clear expectations, access criteria, reflection, and feedback.</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postsecondary navigation routine that supports financial aid, applications, enrollment steps, credentials, military options, employment steps, and independent-living decisions.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placement review process that identifies students who need additional advising, academic support, family communication, financial support, or partner connection before graduation.</w:t>
            </w:r>
          </w:p>
          <w:p>
            <w:pPr>
              <w:spacing w:before="100" w:after="0" w:line="259" w:lineRule="auto"/>
            </w:pPr>
            <w:r>
              <w:rPr>
                <w:rFonts w:ascii="Times New Roman" w:hAnsi="Times New Roman"/>
                <w:b/>
                <w:i w:val="0"/>
                <w:color w:val="1B4F46"/>
                <w:sz w:val="24"/>
                <w:spacing w:val="0"/>
              </w:rPr>
              <w:t xml:space="preserve">Resources: </w:t>
            </w:r>
            <w:hyperlink r:id="rId36">
              <w:r>
                <w:rPr>
                  <w:rFonts w:ascii="Times New Roman" w:hAnsi="Times New Roman"/>
                  <w:sz w:val="24"/>
                  <w:color w:val="1F4E79"/>
                  <w:u w:val="single"/>
                </w:rPr>
                <w:t>U.S. Department of Education: Career Pathways</w:t>
              </w:r>
            </w:hyperlink>
            <w:r>
              <w:rPr>
                <w:rFonts w:ascii="Times New Roman" w:hAnsi="Times New Roman"/>
                <w:b w:val="0"/>
                <w:i w:val="0"/>
                <w:color w:val="0E2243"/>
                <w:sz w:val="24"/>
                <w:spacing w:val="0"/>
              </w:rPr>
              <w:t xml:space="preserve">; </w:t>
            </w:r>
            <w:hyperlink r:id="rId37">
              <w:r>
                <w:rPr>
                  <w:rFonts w:ascii="Times New Roman" w:hAnsi="Times New Roman"/>
                  <w:sz w:val="24"/>
                  <w:color w:val="1F4E79"/>
                  <w:u w:val="single"/>
                </w:rPr>
                <w:t>Apprenticeship.gov: Career Seekers</w:t>
              </w:r>
            </w:hyperlink>
            <w:r>
              <w:rPr>
                <w:rFonts w:ascii="Times New Roman" w:hAnsi="Times New Roman"/>
                <w:b w:val="0"/>
                <w:i w:val="0"/>
                <w:color w:val="0E2243"/>
                <w:sz w:val="24"/>
                <w:spacing w:val="0"/>
              </w:rPr>
              <w:t xml:space="preserve">; </w:t>
            </w:r>
            <w:hyperlink r:id="rId38">
              <w:r>
                <w:rPr>
                  <w:rFonts w:ascii="Times New Roman" w:hAnsi="Times New Roman"/>
                  <w:sz w:val="24"/>
                  <w:color w:val="1F4E79"/>
                  <w:u w:val="single"/>
                </w:rPr>
                <w:t>Federal Student Aid: FAFSA Checklist</w:t>
              </w:r>
            </w:hyperlink>
            <w:r>
              <w:rPr>
                <w:rFonts w:ascii="Times New Roman" w:hAnsi="Times New Roman"/>
                <w:b w:val="0"/>
                <w:i w:val="0"/>
                <w:color w:val="0E2243"/>
                <w:sz w:val="24"/>
                <w:spacing w:val="0"/>
              </w:rPr>
              <w:t xml:space="preserve">; </w:t>
            </w:r>
            <w:hyperlink r:id="rId39">
              <w:r>
                <w:rPr>
                  <w:rFonts w:ascii="Times New Roman" w:hAnsi="Times New Roman"/>
                  <w:sz w:val="24"/>
                  <w:color w:val="1F4E79"/>
                  <w:u w:val="single"/>
                </w:rPr>
                <w:t>XQ Competency Framework</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Portrait of a Graduate Presentation of Learning: students defend a portfolio showing readiness skills, applied learning, leadership, growth, future direction, and next steps.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Work-based learning reflection cycle: students connect an internship, apprenticeship, CTE placement, job, service project, or dual-enrollment experience to career decisions and skill growth.</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Professional networking interview cycle: students identify contacts, write a professional request, conduct an interview, summarize insights, and update their plan.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Credential or certification plan: students identify a relevant credential, understand requirements, plan preparation steps, and connect it to a pathway.</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Financial aid and independent-living workshop: students complete financial aid milestones, compare costs, build a basic budget, and identify support needs.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Multi-stakeholder community impact project: students manage roles, deadlines, partner communication, conflict, evidence, and public presentation.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Senior placement conference: each student reviews the Enrollment, Enlistment, or Employment plan, backup plan, barriers, deadlines, and next support actions with an adult advisor.</w:t>
            </w:r>
          </w:p>
          <w:p>
            <w:pPr>
              <w:spacing w:before="100" w:after="0" w:line="259" w:lineRule="auto"/>
            </w:pPr>
            <w:r>
              <w:rPr>
                <w:rFonts w:ascii="Times New Roman" w:hAnsi="Times New Roman"/>
                <w:b/>
                <w:i w:val="0"/>
                <w:color w:val="1B4F46"/>
                <w:sz w:val="24"/>
                <w:spacing w:val="0"/>
              </w:rPr>
              <w:t xml:space="preserve">Resources: </w:t>
            </w:r>
            <w:hyperlink r:id="rId21">
              <w:r>
                <w:rPr>
                  <w:rFonts w:ascii="Times New Roman" w:hAnsi="Times New Roman"/>
                  <w:sz w:val="24"/>
                  <w:color w:val="1F4E79"/>
                  <w:u w:val="single"/>
                </w:rPr>
                <w:t>EL Education: Models of Excellence</w:t>
              </w:r>
            </w:hyperlink>
            <w:r>
              <w:rPr>
                <w:rFonts w:ascii="Times New Roman" w:hAnsi="Times New Roman"/>
                <w:b w:val="0"/>
                <w:i w:val="0"/>
                <w:color w:val="0E2243"/>
                <w:sz w:val="24"/>
                <w:spacing w:val="0"/>
              </w:rPr>
              <w:t xml:space="preserve">; </w:t>
            </w:r>
            <w:hyperlink r:id="rId27">
              <w:r>
                <w:rPr>
                  <w:rFonts w:ascii="Times New Roman" w:hAnsi="Times New Roman"/>
                  <w:sz w:val="24"/>
                  <w:color w:val="1F4E79"/>
                  <w:u w:val="single"/>
                </w:rPr>
                <w:t>Google Applied Digital Skills</w:t>
              </w:r>
            </w:hyperlink>
            <w:r>
              <w:rPr>
                <w:rFonts w:ascii="Times New Roman" w:hAnsi="Times New Roman"/>
                <w:b w:val="0"/>
                <w:i w:val="0"/>
                <w:color w:val="0E2243"/>
                <w:sz w:val="24"/>
                <w:spacing w:val="0"/>
              </w:rPr>
              <w:t xml:space="preserve">; </w:t>
            </w:r>
            <w:hyperlink r:id="rId40">
              <w:r>
                <w:rPr>
                  <w:rFonts w:ascii="Times New Roman" w:hAnsi="Times New Roman"/>
                  <w:sz w:val="24"/>
                  <w:color w:val="1F4E79"/>
                  <w:u w:val="single"/>
                </w:rPr>
                <w:t>CareerOneStop: Find Certifications</w:t>
              </w:r>
            </w:hyperlink>
            <w:r>
              <w:rPr>
                <w:rFonts w:ascii="Times New Roman" w:hAnsi="Times New Roman"/>
                <w:b w:val="0"/>
                <w:i w:val="0"/>
                <w:color w:val="0E2243"/>
                <w:sz w:val="24"/>
                <w:spacing w:val="0"/>
              </w:rPr>
              <w:t xml:space="preserve">; </w:t>
            </w:r>
            <w:hyperlink r:id="rId37">
              <w:r>
                <w:rPr>
                  <w:rFonts w:ascii="Times New Roman" w:hAnsi="Times New Roman"/>
                  <w:sz w:val="24"/>
                  <w:color w:val="1F4E79"/>
                  <w:u w:val="single"/>
                </w:rPr>
                <w:t>Apprenticeship.gov: Career Seekers</w:t>
              </w:r>
            </w:hyperlink>
            <w:r>
              <w:rPr>
                <w:rFonts w:ascii="Times New Roman" w:hAnsi="Times New Roman"/>
                <w:b w:val="0"/>
                <w:i w:val="0"/>
                <w:color w:val="0E2243"/>
                <w:sz w:val="24"/>
                <w:spacing w:val="0"/>
              </w:rPr>
              <w:t xml:space="preserve">; </w:t>
            </w:r>
            <w:hyperlink r:id="rId38">
              <w:r>
                <w:rPr>
                  <w:rFonts w:ascii="Times New Roman" w:hAnsi="Times New Roman"/>
                  <w:sz w:val="24"/>
                  <w:color w:val="1F4E79"/>
                  <w:u w:val="single"/>
                </w:rPr>
                <w:t>Federal Student Aid: FAFSA Checklist</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Completed Enrollment, Enlistment, or Employment plans, backup plans, and senior placement conference records.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Application, enrollment, financial aid, credential, apprenticeship, military, employment, advising, and transition milestone completion.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Work-based learning participation, supervisor feedback, internship reflections, apprenticeship exploration, CTE completion, dual credit, certifications, and career-connected artifacts.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Capstone, portfolio, Presentation of Learning, research, technical product, service, or community impact rubrics and artifacts.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Professional communication samples such as resumes, emails, networking interview summaries, performance feedback reflections, presentations, and project-management evidence.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Disaggregated placement and access data showing which students are receiving advising, pathway experiences, financial aid support, credentials, and transition help.</w:t>
            </w:r>
          </w:p>
          <w:p>
            <w:pPr>
              <w:spacing w:before="100" w:after="0" w:line="259" w:lineRule="auto"/>
            </w:pPr>
            <w:r>
              <w:rPr>
                <w:rFonts w:ascii="Times New Roman" w:hAnsi="Times New Roman"/>
                <w:b/>
                <w:i w:val="0"/>
                <w:color w:val="1B4F46"/>
                <w:sz w:val="24"/>
                <w:spacing w:val="0"/>
              </w:rPr>
              <w:t xml:space="preserve">Resources: </w:t>
            </w:r>
            <w:hyperlink r:id="rId31">
              <w:r>
                <w:rPr>
                  <w:rFonts w:ascii="Times New Roman" w:hAnsi="Times New Roman"/>
                  <w:sz w:val="24"/>
                  <w:color w:val="1F4E79"/>
                  <w:u w:val="single"/>
                </w:rPr>
                <w:t>NACE: Career Readiness Competencies</w:t>
              </w:r>
            </w:hyperlink>
            <w:r>
              <w:rPr>
                <w:rFonts w:ascii="Times New Roman" w:hAnsi="Times New Roman"/>
                <w:b w:val="0"/>
                <w:i w:val="0"/>
                <w:color w:val="0E2243"/>
                <w:sz w:val="24"/>
                <w:spacing w:val="0"/>
              </w:rPr>
              <w:t xml:space="preserve">; </w:t>
            </w:r>
            <w:hyperlink r:id="rId36">
              <w:r>
                <w:rPr>
                  <w:rFonts w:ascii="Times New Roman" w:hAnsi="Times New Roman"/>
                  <w:sz w:val="24"/>
                  <w:color w:val="1F4E79"/>
                  <w:u w:val="single"/>
                </w:rPr>
                <w:t>U.S. Department of Education: Career Pathways</w:t>
              </w:r>
            </w:hyperlink>
            <w:r>
              <w:rPr>
                <w:rFonts w:ascii="Times New Roman" w:hAnsi="Times New Roman"/>
                <w:b w:val="0"/>
                <w:i w:val="0"/>
                <w:color w:val="0E2243"/>
                <w:sz w:val="24"/>
                <w:spacing w:val="0"/>
              </w:rPr>
              <w:t xml:space="preserve">; </w:t>
            </w:r>
            <w:hyperlink r:id="rId38">
              <w:r>
                <w:rPr>
                  <w:rFonts w:ascii="Times New Roman" w:hAnsi="Times New Roman"/>
                  <w:sz w:val="24"/>
                  <w:color w:val="1F4E79"/>
                  <w:u w:val="single"/>
                </w:rPr>
                <w:t>Federal Student Aid: FAFSA Checklist</w:t>
              </w:r>
            </w:hyperlink>
            <w:r>
              <w:rPr>
                <w:rFonts w:ascii="Times New Roman" w:hAnsi="Times New Roman"/>
                <w:b w:val="0"/>
                <w:i w:val="0"/>
                <w:color w:val="0E2243"/>
                <w:sz w:val="24"/>
                <w:spacing w:val="0"/>
              </w:rPr>
              <w:t xml:space="preserve">; </w:t>
            </w:r>
            <w:hyperlink r:id="rId16">
              <w:r>
                <w:rPr>
                  <w:rFonts w:ascii="Times New Roman" w:hAnsi="Times New Roman"/>
                  <w:sz w:val="24"/>
                  <w:color w:val="1F4E79"/>
                  <w:u w:val="single"/>
                </w:rPr>
                <w:t>ASCA Mindsets and Behaviors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An 11-12 transition milestone map for Enrollment, Enlistment, and Employment.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capstone, portfolio, or Presentation of Learning protocol.</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placement tracking process with backup-plan and intervention steps.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work-based learning, credential, apprenticeship, and career-connected experience access plan.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financial aid, application, and independent-living support routine.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process for monitoring equitable access to advising, pathway experiences, credentials, placement support, and transition help.</w:t>
            </w:r>
          </w:p>
          <w:p>
            <w:pPr>
              <w:spacing w:before="100" w:after="0" w:line="259" w:lineRule="auto"/>
            </w:pPr>
            <w:r>
              <w:rPr>
                <w:rFonts w:ascii="Times New Roman" w:hAnsi="Times New Roman"/>
                <w:b/>
                <w:i w:val="0"/>
                <w:color w:val="1B4F46"/>
                <w:sz w:val="24"/>
                <w:spacing w:val="0"/>
              </w:rPr>
              <w:t xml:space="preserve">Resources: </w:t>
            </w:r>
            <w:hyperlink r:id="rId22">
              <w:r>
                <w:rPr>
                  <w:rFonts w:ascii="Times New Roman" w:hAnsi="Times New Roman"/>
                  <w:sz w:val="24"/>
                  <w:color w:val="1F4E79"/>
                  <w:u w:val="single"/>
                </w:rPr>
                <w:t>SpacesEDU: Portrait of a Graduate Tools</w:t>
              </w:r>
            </w:hyperlink>
            <w:r>
              <w:rPr>
                <w:rFonts w:ascii="Times New Roman" w:hAnsi="Times New Roman"/>
                <w:b w:val="0"/>
                <w:i w:val="0"/>
                <w:color w:val="0E2243"/>
                <w:sz w:val="24"/>
                <w:spacing w:val="0"/>
              </w:rPr>
              <w:t xml:space="preserve">; </w:t>
            </w:r>
            <w:hyperlink r:id="rId36">
              <w:r>
                <w:rPr>
                  <w:rFonts w:ascii="Times New Roman" w:hAnsi="Times New Roman"/>
                  <w:sz w:val="24"/>
                  <w:color w:val="1F4E79"/>
                  <w:u w:val="single"/>
                </w:rPr>
                <w:t>U.S. Department of Education: Career Pathways</w:t>
              </w:r>
            </w:hyperlink>
            <w:r>
              <w:rPr>
                <w:rFonts w:ascii="Times New Roman" w:hAnsi="Times New Roman"/>
                <w:b w:val="0"/>
                <w:i w:val="0"/>
                <w:color w:val="0E2243"/>
                <w:sz w:val="24"/>
                <w:spacing w:val="0"/>
              </w:rPr>
              <w:t xml:space="preserve">; </w:t>
            </w:r>
            <w:hyperlink r:id="rId37">
              <w:r>
                <w:rPr>
                  <w:rFonts w:ascii="Times New Roman" w:hAnsi="Times New Roman"/>
                  <w:sz w:val="24"/>
                  <w:color w:val="1F4E79"/>
                  <w:u w:val="single"/>
                </w:rPr>
                <w:t>Apprenticeship.gov: Career Seekers</w:t>
              </w:r>
            </w:hyperlink>
            <w:r>
              <w:rPr>
                <w:rFonts w:ascii="Times New Roman" w:hAnsi="Times New Roman"/>
                <w:b w:val="0"/>
                <w:i w:val="0"/>
                <w:color w:val="0E2243"/>
                <w:sz w:val="24"/>
                <w:spacing w:val="0"/>
              </w:rPr>
              <w:t xml:space="preserve">; </w:t>
            </w:r>
            <w:hyperlink r:id="rId40">
              <w:r>
                <w:rPr>
                  <w:rFonts w:ascii="Times New Roman" w:hAnsi="Times New Roman"/>
                  <w:sz w:val="24"/>
                  <w:color w:val="1F4E79"/>
                  <w:u w:val="single"/>
                </w:rPr>
                <w:t>CareerOneStop: Find Certifications</w:t>
              </w:r>
            </w:hyperlink>
            <w:r>
              <w:rPr>
                <w:rFonts w:ascii="Times New Roman" w:hAnsi="Times New Roman"/>
                <w:b w:val="0"/>
                <w:i w:val="0"/>
                <w:color w:val="0E2243"/>
                <w:sz w:val="24"/>
                <w:spacing w:val="0"/>
              </w:rPr>
              <w:t xml:space="preserve">; </w:t>
            </w:r>
            <w:hyperlink r:id="rId38">
              <w:r>
                <w:rPr>
                  <w:rFonts w:ascii="Times New Roman" w:hAnsi="Times New Roman"/>
                  <w:sz w:val="24"/>
                  <w:color w:val="1F4E79"/>
                  <w:u w:val="single"/>
                </w:rPr>
                <w:t>Federal Student Aid: FAFSA Checklist</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11-12: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00" w:after="100" w:line="259" w:lineRule="auto"/>
      </w:pPr>
      <w:r>
        <w:rPr>
          <w:rFonts w:ascii="Times New Roman" w:hAnsi="Times New Roman"/>
          <w:b/>
          <w:i w:val="0"/>
          <w:color w:val="1B4F46"/>
          <w:sz w:val="28"/>
          <w:spacing w:val="0"/>
        </w:rPr>
        <w:t>District Follow-Through</w:t>
      </w:r>
    </w:p>
    <w:tbl>
      <w:tblPr>
        <w:tblStyle w:val="TableGrid"/>
        <w:tblW w:type="dxa" w:w="10080"/>
        <w:tblLook w:firstColumn="1" w:firstRow="1" w:lastColumn="0" w:lastRow="0" w:noHBand="0" w:noVBand="1" w:val="04A0"/>
        <w:tblLayout w:type="fixed"/>
      </w:tblPr>
      <w:tblGrid>
        <w:gridCol w:w="10080"/>
      </w:tblGrid>
      <w:tr>
        <w:tc>
          <w:tcPr>
            <w:tcW w:type="dxa" w:w="10080"/>
            <w:shd w:fill="F2F7F5"/>
            <w:tcBorders>
              <w:top w:val="single" w:sz="8" w:space="0" w:color="BFD5D0"/>
              <w:left w:val="single" w:sz="8" w:space="0" w:color="BFD5D0"/>
              <w:bottom w:val="single" w:sz="8" w:space="0" w:color="BFD5D0"/>
              <w:right w:val="single" w:sz="8" w:space="0" w:color="BFD5D0"/>
            </w:tcBorders>
            <w:tcMar>
              <w:top w:w="180" w:type="dxa"/>
              <w:start w:w="220" w:type="dxa"/>
              <w:bottom w:w="170" w:type="dxa"/>
              <w:end w:w="220" w:type="dxa"/>
            </w:tcMar>
          </w:tcPr>
          <w:p>
            <w:pPr>
              <w:spacing w:after="100"/>
            </w:pPr>
            <w:r>
              <w:rPr>
                <w:rFonts w:ascii="Times New Roman" w:hAnsi="Times New Roman"/>
                <w:b/>
                <w:i w:val="0"/>
                <w:color w:val="1B4F46"/>
                <w:sz w:val="26"/>
                <w:spacing w:val="0"/>
              </w:rPr>
              <w:t>How the district supports implementation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Provide clear readiness language, examples, templates, and communication tools so buildings do not have to invent the framework.</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Review building plans to confirm that grade-band expectations are clear, realistic, and aligned to the district model.</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quarterly building updates to identify cross-building patterns, access gaps, implementation barriers, and support needs.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Provide professional learning, coaching, partnership support, and problem-solving help when buildings encounter barriers.</w:t>
            </w:r>
          </w:p>
        </w:tc>
      </w:tr>
    </w:tbl>
    <w:p>
      <w:pPr>
        <w:spacing w:before="20" w:after="140" w:line="259" w:lineRule="auto"/>
      </w:pPr>
      <w:r>
        <w:rPr>
          <w:rFonts w:ascii="Times New Roman" w:hAnsi="Times New Roman"/>
          <w:b w:val="0"/>
          <w:i w:val="0"/>
          <w:color w:val="0E2243"/>
          <w:sz w:val="24"/>
          <w:spacing w:val="0"/>
        </w:rPr>
      </w:r>
    </w:p>
    <w:sectPr w:rsidR="00FC693F" w:rsidRPr="0006063C" w:rsidSect="00034616">
      <w:pgSz w:w="12240" w:h="15840"/>
      <w:pgMar w:top="1037" w:right="1080" w:bottom="1037"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59" w:lineRule="auto" w:before="0" w:after="6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z w:val="24"/>
      <w:szCs w:val="24"/>
    </w:rPr>
  </w:style>
  <w:style w:type="paragraph" w:styleId="ListParagraph">
    <w:name w:val="List Paragraph"/>
    <w:basedOn w:val="Normal"/>
    <w:uiPriority w:val="34"/>
    <w:qFormat/>
    <w:rsid w:val="00FC693F"/>
    <w:pPr>
      <w:spacing w:line="259" w:lineRule="auto" w:before="0" w:after="60"/>
      <w:ind w:left="720"/>
      <w:contextualSpacing/>
    </w:pPr>
    <w:rPr>
      <w:rFonts w:ascii="Times New Roman" w:hAnsi="Times New Roman"/>
      <w:sz w:val="24"/>
    </w:r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line="259" w:lineRule="auto" w:before="0" w:after="60"/>
      <w:contextualSpacing/>
    </w:pPr>
    <w:rPr>
      <w:rFonts w:ascii="Times New Roman" w:hAnsi="Times New Roman"/>
      <w:sz w:val="24"/>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u w:val="single"/>
    </w:rPr>
  </w:style>
  <w:style w:type="character" w:styleId="BookTitle">
    <w:name w:val="Book Title"/>
    <w:basedOn w:val="DefaultParagraphFont"/>
    <w:uiPriority w:val="33"/>
    <w:qFormat/>
    <w:rsid w:val="00FC693F"/>
    <w:rPr>
      <w:b/>
      <w:bCs/>
      <w:smallCaps/>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static.battelleforkids.org/documents/p21/P21_ELF_Framework_Final_20pgs.pdf" TargetMode="External"/><Relationship Id="rId10" Type="http://schemas.openxmlformats.org/officeDocument/2006/relationships/hyperlink" Target="https://www.pa.gov/agencies/education/resources/student/career-ready-pa/pennsylvania-career-ready-skills/pa-career-ready-skills-toolkit" TargetMode="External"/><Relationship Id="rId11" Type="http://schemas.openxmlformats.org/officeDocument/2006/relationships/hyperlink" Target="https://www.theteachertoolkit.com/index.php/tool/think-pair-share" TargetMode="External"/><Relationship Id="rId12" Type="http://schemas.openxmlformats.org/officeDocument/2006/relationships/hyperlink" Target="https://pz.harvard.edu/thinking-routines" TargetMode="External"/><Relationship Id="rId13" Type="http://schemas.openxmlformats.org/officeDocument/2006/relationships/hyperlink" Target="https://www.naeyc.org/resources/pubs/yc/mar2015/using-blocks" TargetMode="External"/><Relationship Id="rId14" Type="http://schemas.openxmlformats.org/officeDocument/2006/relationships/hyperlink" Target="https://www.nisenet.org/catalog/creative-reinvention" TargetMode="External"/><Relationship Id="rId15" Type="http://schemas.openxmlformats.org/officeDocument/2006/relationships/hyperlink" Target="https://hub.make.do/education/sel-lesson-plans/recycle-city" TargetMode="External"/><Relationship Id="rId16" Type="http://schemas.openxmlformats.org/officeDocument/2006/relationships/hyperlink" Target="https://www.schoolcounselor.org/Standards-Positions/Standards/ASCA-Mindsets-Behaviors-for-Student-Success" TargetMode="External"/><Relationship Id="rId17" Type="http://schemas.openxmlformats.org/officeDocument/2006/relationships/hyperlink" Target="https://my.pblworks.org/projects" TargetMode="External"/><Relationship Id="rId18" Type="http://schemas.openxmlformats.org/officeDocument/2006/relationships/hyperlink" Target="https://www.commonsense.org/education/digital-literacy" TargetMode="External"/><Relationship Id="rId19" Type="http://schemas.openxmlformats.org/officeDocument/2006/relationships/hyperlink" Target="https://code.org/en-US/curriculum/elementary-school" TargetMode="External"/><Relationship Id="rId20" Type="http://schemas.openxmlformats.org/officeDocument/2006/relationships/hyperlink" Target="https://econedlink.org/resources/money-comes-and-goes/" TargetMode="External"/><Relationship Id="rId21" Type="http://schemas.openxmlformats.org/officeDocument/2006/relationships/hyperlink" Target="https://www.eleducation.org/models-of-excellence" TargetMode="External"/><Relationship Id="rId22" Type="http://schemas.openxmlformats.org/officeDocument/2006/relationships/hyperlink" Target="https://spacesedu.com/en/blog/top-portrait-of-a-graduate-tools/" TargetMode="External"/><Relationship Id="rId23" Type="http://schemas.openxmlformats.org/officeDocument/2006/relationships/hyperlink" Target="https://education.ohio.gov/Topics/Career-Tech/Career-Connections/Career-Connections-Framework" TargetMode="External"/><Relationship Id="rId24" Type="http://schemas.openxmlformats.org/officeDocument/2006/relationships/hyperlink" Target="https://newseumed.org/fact-finder-introduction" TargetMode="External"/><Relationship Id="rId25" Type="http://schemas.openxmlformats.org/officeDocument/2006/relationships/hyperlink" Target="https://www.mynextmove.org/explore/ip" TargetMode="External"/><Relationship Id="rId26" Type="http://schemas.openxmlformats.org/officeDocument/2006/relationships/hyperlink" Target="https://code.org/pl/curriculum/middle-school" TargetMode="External"/><Relationship Id="rId27" Type="http://schemas.openxmlformats.org/officeDocument/2006/relationships/hyperlink" Target="https://grow.google/applied-digital-skills/" TargetMode="External"/><Relationship Id="rId28" Type="http://schemas.openxmlformats.org/officeDocument/2006/relationships/hyperlink" Target="https://www.careeronestop.org/Videos/CareerVideos/career-videos.aspx" TargetMode="External"/><Relationship Id="rId29" Type="http://schemas.openxmlformats.org/officeDocument/2006/relationships/hyperlink" Target="https://www.onetcenter.org/tools.html" TargetMode="External"/><Relationship Id="rId30" Type="http://schemas.openxmlformats.org/officeDocument/2006/relationships/hyperlink" Target="https://ies.ed.gov/sites/default/files/rel-central/document/2025/11/RELCETipGoalSetting.pdf" TargetMode="External"/><Relationship Id="rId31" Type="http://schemas.openxmlformats.org/officeDocument/2006/relationships/hyperlink" Target="https://www.naceweb.org/career-readiness/competencies/career-readiness-defined" TargetMode="External"/><Relationship Id="rId32" Type="http://schemas.openxmlformats.org/officeDocument/2006/relationships/hyperlink" Target="https://code.org/en-US/curriculum/high-school" TargetMode="External"/><Relationship Id="rId33" Type="http://schemas.openxmlformats.org/officeDocument/2006/relationships/hyperlink" Target="https://www.fcps.edu/academics/academic-and-career-plans/high-school" TargetMode="External"/><Relationship Id="rId34" Type="http://schemas.openxmlformats.org/officeDocument/2006/relationships/hyperlink" Target="https://code.org/en-US/curriculum/computer-science-discoveries" TargetMode="External"/><Relationship Id="rId35" Type="http://schemas.openxmlformats.org/officeDocument/2006/relationships/hyperlink" Target="https://studentaid.gov/resources/prepare-for-college" TargetMode="External"/><Relationship Id="rId36" Type="http://schemas.openxmlformats.org/officeDocument/2006/relationships/hyperlink" Target="https://www.ed.gov/higher-education/career-pathways" TargetMode="External"/><Relationship Id="rId37" Type="http://schemas.openxmlformats.org/officeDocument/2006/relationships/hyperlink" Target="https://www.apprenticeship.gov/career-seekers" TargetMode="External"/><Relationship Id="rId38" Type="http://schemas.openxmlformats.org/officeDocument/2006/relationships/hyperlink" Target="https://studentaid.gov/articles/things-you-need-for-fafsa/" TargetMode="External"/><Relationship Id="rId39" Type="http://schemas.openxmlformats.org/officeDocument/2006/relationships/hyperlink" Target="https://xqsuperschool.org/resource/xq-competency-framework/" TargetMode="External"/><Relationship Id="rId40" Type="http://schemas.openxmlformats.org/officeDocument/2006/relationships/hyperlink" Target="https://www.careeronestop.org/FindTraining/Types/certification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Building Implementation Guide Prototype - Domain 1 Grade-Band V2</dc:title>
  <dc:subject>Master Building Implementation Guide prototype with Domain 1 developed</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